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992"/>
        <w:gridCol w:w="1944"/>
      </w:tblGrid>
      <w:tr w:rsidR="00EB74B8" w14:paraId="296E5BE2" w14:textId="77777777">
        <w:trPr>
          <w:jc w:val="center"/>
        </w:trPr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79498" w14:textId="77777777" w:rsidR="00EB74B8" w:rsidRDefault="00000000">
            <w:r>
              <w:rPr>
                <w:noProof/>
              </w:rPr>
              <w:drawing>
                <wp:inline distT="0" distB="0" distL="0" distR="0" wp14:anchorId="6185B805" wp14:editId="61F17DDE">
                  <wp:extent cx="1024128" cy="105199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n bosco assam 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5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64AF" w14:textId="77777777" w:rsidR="00EB74B8" w:rsidRDefault="00000000">
            <w:pPr>
              <w:spacing w:after="60"/>
              <w:jc w:val="center"/>
            </w:pPr>
            <w:r>
              <w:rPr>
                <w:rFonts w:ascii="Aptos Display" w:hAnsi="Aptos Display"/>
                <w:b/>
                <w:color w:val="143978"/>
                <w:sz w:val="42"/>
              </w:rPr>
              <w:t>International Conference on</w:t>
            </w:r>
            <w:r>
              <w:rPr>
                <w:rFonts w:ascii="Aptos Display" w:hAnsi="Aptos Display"/>
                <w:b/>
                <w:color w:val="143978"/>
                <w:sz w:val="42"/>
              </w:rPr>
              <w:br/>
            </w:r>
            <w:r>
              <w:rPr>
                <w:rFonts w:ascii="Aptos Display" w:hAnsi="Aptos Display"/>
                <w:b/>
                <w:color w:val="143978"/>
                <w:sz w:val="54"/>
              </w:rPr>
              <w:t>Intelligent Futures</w:t>
            </w:r>
            <w:r>
              <w:rPr>
                <w:b/>
                <w:color w:val="2D4B7D"/>
                <w:sz w:val="25"/>
              </w:rPr>
              <w:br/>
              <w:t>AI, Digital Trust, Sustainability and Global Innovation</w:t>
            </w:r>
          </w:p>
          <w:p w14:paraId="5A2F62C4" w14:textId="77777777" w:rsidR="00EB74B8" w:rsidRDefault="00000000">
            <w:pPr>
              <w:shd w:val="clear" w:color="auto" w:fill="173F7A"/>
              <w:spacing w:before="40"/>
              <w:jc w:val="center"/>
            </w:pPr>
            <w:r>
              <w:rPr>
                <w:b/>
                <w:color w:val="FFFFFF"/>
                <w:sz w:val="26"/>
              </w:rPr>
              <w:t>ICIF 2026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CE732" w14:textId="77777777" w:rsidR="00EB74B8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87696A0" wp14:editId="487D3DF5">
                  <wp:extent cx="1024128" cy="100145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HE logo(3)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01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C7A41A" w14:textId="77777777" w:rsidR="00EB74B8" w:rsidRDefault="00000000">
      <w:pPr>
        <w:spacing w:before="160" w:after="60"/>
        <w:jc w:val="center"/>
      </w:pPr>
      <w:r>
        <w:rPr>
          <w:b/>
          <w:color w:val="125B46"/>
          <w:sz w:val="30"/>
        </w:rPr>
        <w:t>3–4 November 2026</w:t>
      </w:r>
    </w:p>
    <w:p w14:paraId="4AEF395C" w14:textId="77777777" w:rsidR="00EB74B8" w:rsidRDefault="00000000">
      <w:pPr>
        <w:spacing w:after="160"/>
        <w:jc w:val="center"/>
      </w:pPr>
      <w:r>
        <w:rPr>
          <w:b/>
          <w:color w:val="373737"/>
          <w:sz w:val="25"/>
        </w:rPr>
        <w:t>Assam Don Bosco University, Guwahati, Assam, India</w:t>
      </w:r>
    </w:p>
    <w:p w14:paraId="567855F0" w14:textId="701815C0" w:rsidR="00EB74B8" w:rsidRDefault="00000000">
      <w:pPr>
        <w:spacing w:after="0"/>
        <w:jc w:val="center"/>
        <w:rPr>
          <w:color w:val="125B46"/>
          <w:sz w:val="16"/>
        </w:rPr>
      </w:pPr>
      <w:r>
        <w:rPr>
          <w:color w:val="125B46"/>
          <w:sz w:val="16"/>
        </w:rPr>
        <w:t>━━━━━━━━━━━━━━━━━━━━━━━━━━━━━━━━━━━━━━━━━━━━━━━━━━━━━━━━━━━━━━━━━━</w:t>
      </w:r>
    </w:p>
    <w:p w14:paraId="1A5A1382" w14:textId="77777777" w:rsidR="00E70FEE" w:rsidRDefault="00E70FEE">
      <w:pPr>
        <w:spacing w:after="0"/>
        <w:jc w:val="center"/>
        <w:rPr>
          <w:color w:val="125B46"/>
          <w:sz w:val="16"/>
        </w:rPr>
      </w:pPr>
    </w:p>
    <w:p w14:paraId="22732C18" w14:textId="77777777" w:rsidR="00E70FEE" w:rsidRPr="00831D1B" w:rsidRDefault="00E70FEE" w:rsidP="00E70FEE">
      <w:pPr>
        <w:spacing w:after="360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Abstract </w:t>
      </w:r>
      <w:r w:rsidRPr="00831D1B">
        <w:rPr>
          <w:rFonts w:ascii="Times New Roman" w:hAnsi="Times New Roman"/>
          <w:sz w:val="40"/>
        </w:rPr>
        <w:t>Title</w:t>
      </w:r>
    </w:p>
    <w:p w14:paraId="376F62CB" w14:textId="77777777" w:rsidR="00E70FEE" w:rsidRPr="00831D1B" w:rsidRDefault="00E70FEE" w:rsidP="00E70FEE">
      <w:pPr>
        <w:jc w:val="center"/>
        <w:rPr>
          <w:rFonts w:ascii="Times New Roman" w:hAnsi="Times New Roman"/>
          <w:sz w:val="24"/>
        </w:rPr>
      </w:pPr>
      <w:r w:rsidRPr="00831D1B">
        <w:rPr>
          <w:rFonts w:ascii="Times New Roman" w:hAnsi="Times New Roman"/>
          <w:b/>
          <w:sz w:val="24"/>
          <w:u w:val="single"/>
        </w:rPr>
        <w:t>Author A</w:t>
      </w:r>
      <w:r w:rsidRPr="00831D1B">
        <w:rPr>
          <w:rFonts w:ascii="Times New Roman" w:hAnsi="Times New Roman"/>
          <w:sz w:val="24"/>
          <w:vertAlign w:val="superscript"/>
        </w:rPr>
        <w:t>1</w:t>
      </w:r>
      <w:r w:rsidRPr="00831D1B">
        <w:rPr>
          <w:rFonts w:ascii="Times New Roman" w:hAnsi="Times New Roman"/>
          <w:sz w:val="24"/>
        </w:rPr>
        <w:t>, Author B</w:t>
      </w:r>
      <w:r w:rsidRPr="00831D1B">
        <w:rPr>
          <w:rFonts w:ascii="Times New Roman" w:hAnsi="Times New Roman"/>
          <w:sz w:val="24"/>
          <w:vertAlign w:val="superscript"/>
        </w:rPr>
        <w:t>2</w:t>
      </w:r>
      <w:r w:rsidRPr="00831D1B">
        <w:rPr>
          <w:rFonts w:ascii="Times New Roman" w:hAnsi="Times New Roman"/>
          <w:sz w:val="24"/>
        </w:rPr>
        <w:t>, Corresponding Author* (The presenting author</w:t>
      </w:r>
      <w:r>
        <w:rPr>
          <w:rFonts w:ascii="Times New Roman" w:hAnsi="Times New Roman"/>
          <w:sz w:val="24"/>
        </w:rPr>
        <w:t>’s name</w:t>
      </w:r>
      <w:r w:rsidRPr="00831D1B">
        <w:rPr>
          <w:rFonts w:ascii="Times New Roman" w:hAnsi="Times New Roman"/>
          <w:sz w:val="24"/>
        </w:rPr>
        <w:t xml:space="preserve"> should be </w:t>
      </w:r>
      <w:r w:rsidRPr="00831D1B">
        <w:rPr>
          <w:rFonts w:ascii="Times New Roman" w:hAnsi="Times New Roman"/>
          <w:b/>
          <w:sz w:val="24"/>
          <w:u w:val="single"/>
        </w:rPr>
        <w:t>bold and underlined</w:t>
      </w:r>
      <w:r w:rsidRPr="00831D1B">
        <w:rPr>
          <w:rFonts w:ascii="Times New Roman" w:hAnsi="Times New Roman"/>
          <w:sz w:val="24"/>
        </w:rPr>
        <w:t>)</w:t>
      </w:r>
    </w:p>
    <w:p w14:paraId="472DE9ED" w14:textId="77777777" w:rsidR="00E70FEE" w:rsidRPr="00831D1B" w:rsidRDefault="00E70FEE" w:rsidP="00E70FEE">
      <w:pPr>
        <w:spacing w:after="120"/>
        <w:jc w:val="center"/>
        <w:rPr>
          <w:rFonts w:ascii="Times New Roman" w:hAnsi="Times New Roman"/>
          <w:i/>
          <w:sz w:val="20"/>
        </w:rPr>
      </w:pPr>
      <w:r w:rsidRPr="00831D1B">
        <w:rPr>
          <w:rFonts w:ascii="Times New Roman" w:hAnsi="Times New Roman"/>
          <w:i/>
          <w:sz w:val="20"/>
          <w:vertAlign w:val="superscript"/>
        </w:rPr>
        <w:t>1</w:t>
      </w:r>
      <w:r w:rsidRPr="00831D1B">
        <w:rPr>
          <w:rFonts w:ascii="Times New Roman" w:hAnsi="Times New Roman"/>
          <w:i/>
          <w:sz w:val="20"/>
        </w:rPr>
        <w:t>Author’s affiliation and full address</w:t>
      </w:r>
      <w:r>
        <w:rPr>
          <w:rFonts w:ascii="Times New Roman" w:hAnsi="Times New Roman"/>
          <w:i/>
          <w:sz w:val="20"/>
        </w:rPr>
        <w:t xml:space="preserve"> in</w:t>
      </w:r>
      <w:r w:rsidRPr="00831D1B">
        <w:rPr>
          <w:rFonts w:ascii="Times New Roman" w:hAnsi="Times New Roman"/>
          <w:i/>
          <w:sz w:val="20"/>
        </w:rPr>
        <w:t xml:space="preserve"> 10</w:t>
      </w:r>
      <w:r>
        <w:rPr>
          <w:rFonts w:ascii="Times New Roman" w:hAnsi="Times New Roman"/>
          <w:i/>
          <w:sz w:val="20"/>
        </w:rPr>
        <w:t>-</w:t>
      </w:r>
      <w:r w:rsidRPr="00831D1B">
        <w:rPr>
          <w:rFonts w:ascii="Times New Roman" w:hAnsi="Times New Roman"/>
          <w:i/>
          <w:sz w:val="20"/>
        </w:rPr>
        <w:t>point</w:t>
      </w:r>
      <w:r>
        <w:rPr>
          <w:rFonts w:ascii="Times New Roman" w:hAnsi="Times New Roman"/>
          <w:i/>
          <w:sz w:val="20"/>
        </w:rPr>
        <w:t xml:space="preserve"> size</w:t>
      </w:r>
      <w:r w:rsidRPr="00831D1B">
        <w:rPr>
          <w:rFonts w:ascii="Times New Roman" w:hAnsi="Times New Roman"/>
          <w:i/>
          <w:sz w:val="20"/>
        </w:rPr>
        <w:t xml:space="preserve"> Times New Roman</w:t>
      </w:r>
      <w:r>
        <w:rPr>
          <w:rFonts w:ascii="Times New Roman" w:hAnsi="Times New Roman"/>
          <w:i/>
          <w:sz w:val="20"/>
        </w:rPr>
        <w:t xml:space="preserve"> font</w:t>
      </w:r>
      <w:r w:rsidRPr="00831D1B">
        <w:rPr>
          <w:rFonts w:ascii="Times New Roman" w:hAnsi="Times New Roman"/>
          <w:i/>
          <w:sz w:val="20"/>
        </w:rPr>
        <w:t>, centered, italicized.</w:t>
      </w:r>
    </w:p>
    <w:p w14:paraId="4773FD51" w14:textId="77777777" w:rsidR="00E70FEE" w:rsidRPr="00831D1B" w:rsidRDefault="00E70FEE" w:rsidP="00E70FEE">
      <w:pPr>
        <w:spacing w:after="120"/>
        <w:jc w:val="center"/>
        <w:rPr>
          <w:rFonts w:ascii="Times New Roman" w:hAnsi="Times New Roman"/>
          <w:i/>
          <w:sz w:val="20"/>
        </w:rPr>
      </w:pPr>
      <w:r w:rsidRPr="00831D1B">
        <w:rPr>
          <w:rFonts w:ascii="Times New Roman" w:hAnsi="Times New Roman"/>
          <w:i/>
          <w:sz w:val="20"/>
          <w:vertAlign w:val="superscript"/>
        </w:rPr>
        <w:t>2</w:t>
      </w:r>
      <w:r w:rsidRPr="00831D1B">
        <w:rPr>
          <w:rFonts w:ascii="Times New Roman" w:hAnsi="Times New Roman"/>
          <w:i/>
          <w:sz w:val="20"/>
        </w:rPr>
        <w:t>Author’s affiliation and full address</w:t>
      </w:r>
      <w:r>
        <w:rPr>
          <w:rFonts w:ascii="Times New Roman" w:hAnsi="Times New Roman"/>
          <w:i/>
          <w:sz w:val="20"/>
        </w:rPr>
        <w:t xml:space="preserve"> in</w:t>
      </w:r>
      <w:r w:rsidRPr="00831D1B">
        <w:rPr>
          <w:rFonts w:ascii="Times New Roman" w:hAnsi="Times New Roman"/>
          <w:i/>
          <w:sz w:val="20"/>
        </w:rPr>
        <w:t xml:space="preserve"> 1</w:t>
      </w:r>
      <w:r>
        <w:rPr>
          <w:rFonts w:ascii="Times New Roman" w:hAnsi="Times New Roman"/>
          <w:i/>
          <w:sz w:val="20"/>
        </w:rPr>
        <w:t>0-</w:t>
      </w:r>
      <w:r w:rsidRPr="00831D1B">
        <w:rPr>
          <w:rFonts w:ascii="Times New Roman" w:hAnsi="Times New Roman"/>
          <w:i/>
          <w:sz w:val="20"/>
        </w:rPr>
        <w:t xml:space="preserve">point </w:t>
      </w:r>
      <w:r>
        <w:rPr>
          <w:rFonts w:ascii="Times New Roman" w:hAnsi="Times New Roman"/>
          <w:i/>
          <w:sz w:val="20"/>
        </w:rPr>
        <w:t>size</w:t>
      </w:r>
      <w:r w:rsidRPr="00831D1B">
        <w:rPr>
          <w:rFonts w:ascii="Times New Roman" w:hAnsi="Times New Roman"/>
          <w:i/>
          <w:sz w:val="20"/>
        </w:rPr>
        <w:t xml:space="preserve"> Times New Roman</w:t>
      </w:r>
      <w:r>
        <w:rPr>
          <w:rFonts w:ascii="Times New Roman" w:hAnsi="Times New Roman"/>
          <w:i/>
          <w:sz w:val="20"/>
        </w:rPr>
        <w:t xml:space="preserve"> font</w:t>
      </w:r>
      <w:r w:rsidRPr="00831D1B">
        <w:rPr>
          <w:rFonts w:ascii="Times New Roman" w:hAnsi="Times New Roman"/>
          <w:i/>
          <w:sz w:val="20"/>
        </w:rPr>
        <w:t>, centered, italicized.</w:t>
      </w:r>
    </w:p>
    <w:p w14:paraId="47C9EC8F" w14:textId="77777777" w:rsidR="00E70FEE" w:rsidRPr="00831D1B" w:rsidRDefault="00E70FEE" w:rsidP="00E70FEE">
      <w:pPr>
        <w:spacing w:after="480"/>
        <w:jc w:val="center"/>
        <w:rPr>
          <w:rFonts w:ascii="Times New Roman" w:hAnsi="Times New Roman"/>
          <w:i/>
          <w:sz w:val="20"/>
        </w:rPr>
      </w:pPr>
      <w:r w:rsidRPr="00337225">
        <w:rPr>
          <w:rFonts w:ascii="Times New Roman" w:hAnsi="Times New Roman"/>
          <w:sz w:val="20"/>
          <w:szCs w:val="20"/>
        </w:rPr>
        <w:t>*</w:t>
      </w:r>
      <w:r w:rsidRPr="00831D1B">
        <w:rPr>
          <w:rFonts w:ascii="Times New Roman" w:hAnsi="Times New Roman"/>
          <w:i/>
          <w:sz w:val="20"/>
        </w:rPr>
        <w:t xml:space="preserve">Email: </w:t>
      </w:r>
    </w:p>
    <w:p w14:paraId="28850583" w14:textId="77777777" w:rsidR="00E70FEE" w:rsidRPr="0074498E" w:rsidRDefault="00E70FEE" w:rsidP="00E70FEE">
      <w:pPr>
        <w:spacing w:line="240" w:lineRule="auto"/>
        <w:jc w:val="both"/>
        <w:rPr>
          <w:rFonts w:ascii="Times New Roman" w:hAnsi="Times New Roman"/>
          <w:sz w:val="24"/>
        </w:rPr>
      </w:pPr>
      <w:r w:rsidRPr="00831D1B">
        <w:rPr>
          <w:rFonts w:ascii="Times New Roman" w:hAnsi="Times New Roman"/>
          <w:sz w:val="24"/>
        </w:rPr>
        <w:t xml:space="preserve">The body of your abstract begins here. The abstract should be a concise summary of your presentation. It should be typed single-spaced in </w:t>
      </w:r>
      <w:r w:rsidRPr="00831D1B">
        <w:rPr>
          <w:rFonts w:ascii="Times New Roman" w:hAnsi="Times New Roman"/>
          <w:b/>
          <w:sz w:val="24"/>
        </w:rPr>
        <w:t>12-point size Times New Roman font</w:t>
      </w:r>
      <w:r w:rsidRPr="00831D1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The f</w:t>
      </w:r>
      <w:r w:rsidRPr="00D5220A">
        <w:rPr>
          <w:rFonts w:ascii="Times New Roman" w:hAnsi="Times New Roman"/>
          <w:sz w:val="24"/>
        </w:rPr>
        <w:t xml:space="preserve">ull </w:t>
      </w:r>
      <w:r>
        <w:rPr>
          <w:rFonts w:ascii="Times New Roman" w:hAnsi="Times New Roman"/>
          <w:sz w:val="24"/>
        </w:rPr>
        <w:t>A</w:t>
      </w:r>
      <w:r w:rsidRPr="00D5220A">
        <w:rPr>
          <w:rFonts w:ascii="Times New Roman" w:hAnsi="Times New Roman"/>
          <w:sz w:val="24"/>
        </w:rPr>
        <w:t>bstract should be limited to 1 page.</w:t>
      </w:r>
      <w:r w:rsidRPr="00831D1B">
        <w:rPr>
          <w:rFonts w:ascii="Times New Roman" w:hAnsi="Times New Roman"/>
          <w:sz w:val="24"/>
        </w:rPr>
        <w:t xml:space="preserve"> Please cite </w:t>
      </w:r>
      <w:r>
        <w:rPr>
          <w:rFonts w:ascii="Times New Roman" w:hAnsi="Times New Roman"/>
          <w:sz w:val="24"/>
        </w:rPr>
        <w:t>any</w:t>
      </w:r>
      <w:r w:rsidRPr="00831D1B">
        <w:rPr>
          <w:rFonts w:ascii="Times New Roman" w:hAnsi="Times New Roman"/>
          <w:sz w:val="24"/>
        </w:rPr>
        <w:t xml:space="preserve"> references </w:t>
      </w:r>
      <w:r>
        <w:rPr>
          <w:rFonts w:ascii="Times New Roman" w:hAnsi="Times New Roman"/>
          <w:sz w:val="24"/>
        </w:rPr>
        <w:t>using</w:t>
      </w:r>
      <w:r w:rsidRPr="00831D1B">
        <w:rPr>
          <w:rFonts w:ascii="Times New Roman" w:hAnsi="Times New Roman"/>
          <w:sz w:val="24"/>
        </w:rPr>
        <w:t xml:space="preserve"> the example style</w:t>
      </w:r>
      <w:r>
        <w:rPr>
          <w:rFonts w:ascii="Times New Roman" w:hAnsi="Times New Roman"/>
          <w:sz w:val="24"/>
        </w:rPr>
        <w:t xml:space="preserve"> provided below</w:t>
      </w:r>
      <w:r w:rsidRPr="00831D1B">
        <w:rPr>
          <w:rFonts w:ascii="Times New Roman" w:hAnsi="Times New Roman"/>
          <w:sz w:val="24"/>
        </w:rPr>
        <w:t>.</w:t>
      </w:r>
      <w:r w:rsidRPr="00831D1B">
        <w:rPr>
          <w:rFonts w:ascii="Times New Roman" w:hAnsi="Times New Roman"/>
          <w:sz w:val="24"/>
        </w:rPr>
        <w:fldChar w:fldCharType="begin"/>
      </w:r>
      <w:r w:rsidRPr="00831D1B">
        <w:rPr>
          <w:rFonts w:ascii="Times New Roman" w:hAnsi="Times New Roman"/>
          <w:sz w:val="24"/>
        </w:rPr>
        <w:instrText xml:space="preserve"> ADDIN EN.CITE &lt;EndNote&gt;&lt;Cite&gt;&lt;Author&gt;Fukuoka&lt;/Author&gt;&lt;Year&gt;2006&lt;/Year&gt;&lt;RecNum&gt;1125&lt;/RecNum&gt;&lt;DisplayText&gt;&lt;style face="superscript"&gt;[1]&lt;/style&gt;&lt;/DisplayText&gt;&lt;record&gt;&lt;rec-number&gt;1125&lt;/rec-number&gt;&lt;foreign-keys&gt;&lt;key app="EN" db-id="wves9svtkdxapcereeqvz22gdwzr5fezasaw" timestamp="1408105803"&gt;1125&lt;/key&gt;&lt;/foreign-keys&gt;&lt;ref-type name="Journal Article"&gt;17&lt;/ref-type&gt;&lt;contributors&gt;&lt;authors&gt;&lt;author&gt;Fukuoka, Atsushi&lt;/author&gt;&lt;author&gt;Dhepe, Paresh L.&lt;/author&gt;&lt;/authors&gt;&lt;/contributors&gt;&lt;titles&gt;&lt;title&gt;Catalytic Conversion of Cellulose into Sugar Alcohols&lt;/title&gt;&lt;secondary-title&gt;Angewandte Chemie International Edition&lt;/secondary-title&gt;&lt;/titles&gt;&lt;periodical&gt;&lt;full-title&gt;Angewandte Chemie International Edition&lt;/full-title&gt;&lt;abbr-1&gt;Angew. Chem. Int. Ed.&lt;/abbr-1&gt;&lt;abbr-2&gt;Angew Chem Int Ed&lt;/abbr-2&gt;&lt;/periodical&gt;&lt;pages&gt;5161-5163&lt;/pages&gt;&lt;volume&gt;45&lt;/volume&gt;&lt;number&gt;31&lt;/number&gt;&lt;keywords&gt;&lt;keyword&gt;carbohydrates&lt;/keyword&gt;&lt;keyword&gt;catalysts&lt;/keyword&gt;&lt;keyword&gt;heterogeneous catalysis&lt;/keyword&gt;&lt;keyword&gt;reduction&lt;/keyword&gt;&lt;keyword&gt;water&lt;/keyword&gt;&lt;/keywords&gt;&lt;dates&gt;&lt;year&gt;2006&lt;/year&gt;&lt;/dates&gt;&lt;publisher&gt;WILEY-VCH Verlag&lt;/publisher&gt;&lt;isbn&gt;1521-3773&lt;/isbn&gt;&lt;urls&gt;&lt;related-urls&gt;&lt;url&gt;http://dx.doi.org/10.1002/anie.200601921&lt;/url&gt;&lt;/related-urls&gt;&lt;/urls&gt;&lt;electronic-resource-num&gt;10.1002/anie.200601921&lt;/electronic-resource-num&gt;&lt;/record&gt;&lt;/Cite&gt;&lt;/EndNote&gt;</w:instrText>
      </w:r>
      <w:r w:rsidRPr="00831D1B">
        <w:rPr>
          <w:rFonts w:ascii="Times New Roman" w:hAnsi="Times New Roman"/>
          <w:sz w:val="24"/>
        </w:rPr>
        <w:fldChar w:fldCharType="separate"/>
      </w:r>
      <w:r w:rsidRPr="00831D1B">
        <w:rPr>
          <w:rFonts w:ascii="Times New Roman" w:hAnsi="Times New Roman"/>
          <w:noProof/>
          <w:sz w:val="24"/>
          <w:vertAlign w:val="superscript"/>
        </w:rPr>
        <w:t>[1]</w:t>
      </w:r>
      <w:r w:rsidRPr="00831D1B">
        <w:rPr>
          <w:rFonts w:ascii="Times New Roman" w:hAnsi="Times New Roman"/>
          <w:sz w:val="24"/>
        </w:rPr>
        <w:fldChar w:fldCharType="end"/>
      </w:r>
    </w:p>
    <w:p w14:paraId="12314B15" w14:textId="77777777" w:rsidR="00E70FEE" w:rsidRDefault="00E70FEE" w:rsidP="00E70FEE">
      <w:pPr>
        <w:pStyle w:val="NormalWeb"/>
        <w:shd w:val="clear" w:color="auto" w:fill="FFFFFF"/>
        <w:rPr>
          <w:rFonts w:ascii="Times New Roman" w:hAnsi="Times New Roman" w:cs="Times New Roman"/>
          <w:lang w:val="en-US"/>
        </w:rPr>
      </w:pPr>
      <w:r w:rsidRPr="00D5220A">
        <w:rPr>
          <w:rFonts w:ascii="Times New Roman" w:hAnsi="Times New Roman" w:cs="Times New Roman"/>
          <w:lang w:val="en-US"/>
        </w:rPr>
        <w:t>Save the file as pdf and upload the pdf to the link provided in the submission portal.</w:t>
      </w:r>
    </w:p>
    <w:p w14:paraId="081A2BF7" w14:textId="77777777" w:rsidR="00E70FEE" w:rsidRPr="00131820" w:rsidRDefault="00E70FEE" w:rsidP="00E70FEE">
      <w:pPr>
        <w:pStyle w:val="NormalWeb"/>
        <w:shd w:val="clear" w:color="auto" w:fill="FFFFFF"/>
        <w:rPr>
          <w:rFonts w:ascii="Times New Roman" w:hAnsi="Times New Roman" w:cs="Times New Roman"/>
          <w:lang w:val="en-US"/>
        </w:rPr>
      </w:pPr>
    </w:p>
    <w:p w14:paraId="6F155335" w14:textId="77777777" w:rsidR="00E70FEE" w:rsidRPr="00831D1B" w:rsidRDefault="00E70FEE" w:rsidP="00E70FEE">
      <w:pPr>
        <w:pStyle w:val="EndNoteBibliography"/>
        <w:ind w:left="720" w:hanging="720"/>
        <w:rPr>
          <w:rFonts w:ascii="Times New Roman" w:hAnsi="Times New Roman"/>
        </w:rPr>
      </w:pPr>
      <w:r w:rsidRPr="00831D1B">
        <w:rPr>
          <w:rFonts w:ascii="Times New Roman" w:hAnsi="Times New Roman"/>
          <w:sz w:val="24"/>
          <w:lang w:val="en-US"/>
        </w:rPr>
        <w:fldChar w:fldCharType="begin"/>
      </w:r>
      <w:r w:rsidRPr="006F2259">
        <w:rPr>
          <w:rFonts w:ascii="Times New Roman" w:hAnsi="Times New Roman"/>
          <w:sz w:val="24"/>
          <w:lang w:val="en-US"/>
        </w:rPr>
        <w:instrText xml:space="preserve"> ADDIN EN.REFLIST </w:instrText>
      </w:r>
      <w:r w:rsidRPr="00831D1B">
        <w:rPr>
          <w:rFonts w:ascii="Times New Roman" w:hAnsi="Times New Roman"/>
          <w:sz w:val="24"/>
          <w:lang w:val="en-US"/>
        </w:rPr>
        <w:fldChar w:fldCharType="separate"/>
      </w:r>
      <w:r w:rsidRPr="00831D1B">
        <w:rPr>
          <w:rFonts w:ascii="Times New Roman" w:hAnsi="Times New Roman"/>
        </w:rPr>
        <w:t>[1]</w:t>
      </w:r>
      <w:r w:rsidRPr="00831D1B">
        <w:rPr>
          <w:rFonts w:ascii="Times New Roman" w:hAnsi="Times New Roman"/>
        </w:rPr>
        <w:tab/>
        <w:t xml:space="preserve">A. </w:t>
      </w:r>
      <w:r>
        <w:rPr>
          <w:rFonts w:ascii="Times New Roman" w:hAnsi="Times New Roman"/>
        </w:rPr>
        <w:t>Lastname</w:t>
      </w:r>
      <w:r w:rsidRPr="00831D1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B</w:t>
      </w:r>
      <w:r w:rsidRPr="00831D1B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C</w:t>
      </w:r>
      <w:r w:rsidRPr="00831D1B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Lastname</w:t>
      </w:r>
      <w:r w:rsidRPr="00831D1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</w:rPr>
        <w:t>Phys. Chem. Chem. Phys.</w:t>
      </w:r>
      <w:r w:rsidRPr="00831D1B">
        <w:rPr>
          <w:rFonts w:ascii="Times New Roman" w:hAnsi="Times New Roman"/>
          <w:i/>
        </w:rPr>
        <w:t xml:space="preserve"> </w:t>
      </w:r>
      <w:r w:rsidRPr="00831D1B"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23</w:t>
      </w:r>
      <w:r w:rsidRPr="00831D1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i/>
        </w:rPr>
        <w:t>1</w:t>
      </w:r>
      <w:r w:rsidRPr="00831D1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234</w:t>
      </w:r>
      <w:r w:rsidRPr="00831D1B">
        <w:rPr>
          <w:rFonts w:ascii="Times New Roman" w:hAnsi="Times New Roman"/>
        </w:rPr>
        <w:t>-</w:t>
      </w:r>
      <w:r>
        <w:rPr>
          <w:rFonts w:ascii="Times New Roman" w:hAnsi="Times New Roman"/>
        </w:rPr>
        <w:t>240</w:t>
      </w:r>
      <w:r w:rsidRPr="00831D1B">
        <w:rPr>
          <w:rFonts w:ascii="Times New Roman" w:hAnsi="Times New Roman"/>
        </w:rPr>
        <w:t>.</w:t>
      </w:r>
    </w:p>
    <w:p w14:paraId="3032A866" w14:textId="2026061A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  <w:r w:rsidRPr="00831D1B">
        <w:rPr>
          <w:rFonts w:ascii="Times New Roman" w:hAnsi="Times New Roman"/>
          <w:sz w:val="24"/>
        </w:rPr>
        <w:fldChar w:fldCharType="end"/>
      </w:r>
    </w:p>
    <w:p w14:paraId="24E81DC3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04AD056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19974965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54A45DAC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67210998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364A6C6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478830EF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AFD76F7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5BFA3B0F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7908DB6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66CE9981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65E3975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2A7B0DC9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3FB66345" w14:textId="77777777" w:rsidR="00E70FEE" w:rsidRDefault="00E70FEE" w:rsidP="00E70FEE">
      <w:pPr>
        <w:spacing w:after="0"/>
        <w:jc w:val="center"/>
        <w:rPr>
          <w:rFonts w:ascii="Times New Roman" w:hAnsi="Times New Roman"/>
          <w:sz w:val="24"/>
        </w:rPr>
      </w:pPr>
    </w:p>
    <w:p w14:paraId="6B3DE106" w14:textId="77777777" w:rsidR="00E70FEE" w:rsidRDefault="00E70FEE" w:rsidP="00E70FEE">
      <w:pPr>
        <w:spacing w:after="0"/>
        <w:jc w:val="center"/>
      </w:pPr>
    </w:p>
    <w:sectPr w:rsidR="00E70FEE" w:rsidSect="00034616"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E86A9D" w14:textId="77777777" w:rsidR="00A25F49" w:rsidRDefault="00A25F49">
      <w:pPr>
        <w:spacing w:after="0" w:line="240" w:lineRule="auto"/>
      </w:pPr>
      <w:r>
        <w:separator/>
      </w:r>
    </w:p>
  </w:endnote>
  <w:endnote w:type="continuationSeparator" w:id="0">
    <w:p w14:paraId="143990D2" w14:textId="77777777" w:rsidR="00A25F49" w:rsidRDefault="00A2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18981" w14:textId="77777777" w:rsidR="00EB74B8" w:rsidRDefault="00000000">
    <w:pPr>
      <w:pStyle w:val="Footer"/>
      <w:jc w:val="center"/>
    </w:pPr>
    <w:r>
      <w:rPr>
        <w:color w:val="5A5A5A"/>
        <w:sz w:val="17"/>
      </w:rPr>
      <w:t>Organized by Assam Don Bosco University in association with International House of Education (IHE)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774BDC" w14:textId="77777777" w:rsidR="00A25F49" w:rsidRDefault="00A25F49">
      <w:pPr>
        <w:spacing w:after="0" w:line="240" w:lineRule="auto"/>
      </w:pPr>
      <w:r>
        <w:separator/>
      </w:r>
    </w:p>
  </w:footnote>
  <w:footnote w:type="continuationSeparator" w:id="0">
    <w:p w14:paraId="4645ACE0" w14:textId="77777777" w:rsidR="00A25F49" w:rsidRDefault="00A2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5503047">
    <w:abstractNumId w:val="8"/>
  </w:num>
  <w:num w:numId="2" w16cid:durableId="18818913">
    <w:abstractNumId w:val="6"/>
  </w:num>
  <w:num w:numId="3" w16cid:durableId="282814382">
    <w:abstractNumId w:val="5"/>
  </w:num>
  <w:num w:numId="4" w16cid:durableId="145556019">
    <w:abstractNumId w:val="4"/>
  </w:num>
  <w:num w:numId="5" w16cid:durableId="982199629">
    <w:abstractNumId w:val="7"/>
  </w:num>
  <w:num w:numId="6" w16cid:durableId="1638950931">
    <w:abstractNumId w:val="3"/>
  </w:num>
  <w:num w:numId="7" w16cid:durableId="1513489074">
    <w:abstractNumId w:val="2"/>
  </w:num>
  <w:num w:numId="8" w16cid:durableId="1803688153">
    <w:abstractNumId w:val="1"/>
  </w:num>
  <w:num w:numId="9" w16cid:durableId="20563459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25F49"/>
    <w:rsid w:val="00A71E48"/>
    <w:rsid w:val="00AA1D8D"/>
    <w:rsid w:val="00B47730"/>
    <w:rsid w:val="00CB0664"/>
    <w:rsid w:val="00E70FEE"/>
    <w:rsid w:val="00EB74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65539E"/>
  <w14:defaultImageDpi w14:val="300"/>
  <w15:docId w15:val="{95DB2416-4C5A-FF42-B708-F3A52AB3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ndNoteBibliography">
    <w:name w:val="EndNote Bibliography"/>
    <w:basedOn w:val="Normal"/>
    <w:link w:val="EndNoteBibliographyChar"/>
    <w:rsid w:val="00E70FEE"/>
    <w:pPr>
      <w:spacing w:line="240" w:lineRule="auto"/>
      <w:jc w:val="both"/>
    </w:pPr>
    <w:rPr>
      <w:rFonts w:ascii="Calibri" w:eastAsia="SimSun" w:hAnsi="Calibri" w:cs="Times New Roman"/>
      <w:noProof/>
      <w:lang w:val="en-SG" w:eastAsia="zh-CN"/>
    </w:rPr>
  </w:style>
  <w:style w:type="character" w:customStyle="1" w:styleId="EndNoteBibliographyChar">
    <w:name w:val="EndNote Bibliography Char"/>
    <w:link w:val="EndNoteBibliography"/>
    <w:rsid w:val="00E70FEE"/>
    <w:rPr>
      <w:rFonts w:ascii="Calibri" w:eastAsia="SimSun" w:hAnsi="Calibri" w:cs="Times New Roman"/>
      <w:noProof/>
      <w:lang w:val="en-SG" w:eastAsia="zh-CN"/>
    </w:rPr>
  </w:style>
  <w:style w:type="paragraph" w:styleId="NormalWeb">
    <w:name w:val="Normal (Web)"/>
    <w:basedOn w:val="Normal"/>
    <w:uiPriority w:val="99"/>
    <w:unhideWhenUsed/>
    <w:rsid w:val="00E70FEE"/>
    <w:pPr>
      <w:spacing w:after="0" w:line="240" w:lineRule="auto"/>
    </w:pPr>
    <w:rPr>
      <w:rFonts w:ascii="SimSun" w:eastAsia="SimSun" w:hAnsi="SimSun" w:cs="SimSu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Ashwin C Gowda</cp:lastModifiedBy>
  <cp:revision>2</cp:revision>
  <dcterms:created xsi:type="dcterms:W3CDTF">2026-08-13T06:42:00Z</dcterms:created>
  <dcterms:modified xsi:type="dcterms:W3CDTF">2026-08-13T06:42:00Z</dcterms:modified>
  <cp:category/>
</cp:coreProperties>
</file>