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7992"/>
        <w:gridCol w:w="1944"/>
      </w:tblGrid>
      <w:tr w:rsidR="00EB74B8" w14:paraId="296E5BE2" w14:textId="77777777">
        <w:trPr>
          <w:jc w:val="center"/>
        </w:trPr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79498" w14:textId="77777777" w:rsidR="00EB74B8" w:rsidRDefault="00000000">
            <w:r>
              <w:rPr>
                <w:noProof/>
              </w:rPr>
              <w:drawing>
                <wp:inline distT="0" distB="0" distL="0" distR="0" wp14:anchorId="6185B805" wp14:editId="61F17DDE">
                  <wp:extent cx="1024128" cy="105199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on bosco assam .jpe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128" cy="1051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C64AF" w14:textId="77777777" w:rsidR="00EB74B8" w:rsidRDefault="00000000">
            <w:pPr>
              <w:spacing w:after="60"/>
              <w:jc w:val="center"/>
            </w:pPr>
            <w:r>
              <w:rPr>
                <w:rFonts w:ascii="Aptos Display" w:hAnsi="Aptos Display"/>
                <w:b/>
                <w:color w:val="143978"/>
                <w:sz w:val="42"/>
              </w:rPr>
              <w:t>International Conference on</w:t>
            </w:r>
            <w:r>
              <w:rPr>
                <w:rFonts w:ascii="Aptos Display" w:hAnsi="Aptos Display"/>
                <w:b/>
                <w:color w:val="143978"/>
                <w:sz w:val="42"/>
              </w:rPr>
              <w:br/>
            </w:r>
            <w:r>
              <w:rPr>
                <w:rFonts w:ascii="Aptos Display" w:hAnsi="Aptos Display"/>
                <w:b/>
                <w:color w:val="143978"/>
                <w:sz w:val="54"/>
              </w:rPr>
              <w:t>Intelligent Futures</w:t>
            </w:r>
            <w:r>
              <w:rPr>
                <w:b/>
                <w:color w:val="2D4B7D"/>
                <w:sz w:val="25"/>
              </w:rPr>
              <w:br/>
              <w:t>AI, Digital Trust, Sustainability and Global Innovation</w:t>
            </w:r>
          </w:p>
          <w:p w14:paraId="5A2F62C4" w14:textId="77777777" w:rsidR="00EB74B8" w:rsidRDefault="00000000">
            <w:pPr>
              <w:shd w:val="clear" w:color="auto" w:fill="173F7A"/>
              <w:spacing w:before="40"/>
              <w:jc w:val="center"/>
            </w:pPr>
            <w:r>
              <w:rPr>
                <w:b/>
                <w:color w:val="FFFFFF"/>
                <w:sz w:val="26"/>
              </w:rPr>
              <w:t>ICIF 2026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CE732" w14:textId="77777777" w:rsidR="00EB74B8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087696A0" wp14:editId="487D3DF5">
                  <wp:extent cx="1024128" cy="1001454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HE logo(3)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128" cy="1001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C7A41A" w14:textId="77777777" w:rsidR="00EB74B8" w:rsidRDefault="00000000">
      <w:pPr>
        <w:spacing w:before="160" w:after="60"/>
        <w:jc w:val="center"/>
      </w:pPr>
      <w:r>
        <w:rPr>
          <w:b/>
          <w:color w:val="125B46"/>
          <w:sz w:val="30"/>
        </w:rPr>
        <w:t>3–4 November 2026</w:t>
      </w:r>
    </w:p>
    <w:p w14:paraId="4AEF395C" w14:textId="77777777" w:rsidR="00EB74B8" w:rsidRDefault="00000000">
      <w:pPr>
        <w:spacing w:after="160"/>
        <w:jc w:val="center"/>
      </w:pPr>
      <w:r>
        <w:rPr>
          <w:b/>
          <w:color w:val="373737"/>
          <w:sz w:val="25"/>
        </w:rPr>
        <w:t>Assam Don Bosco University, Guwahati, Assam, India</w:t>
      </w:r>
    </w:p>
    <w:p w14:paraId="567855F0" w14:textId="701815C0" w:rsidR="00EB74B8" w:rsidRDefault="00000000">
      <w:pPr>
        <w:spacing w:after="0"/>
        <w:jc w:val="center"/>
        <w:rPr>
          <w:color w:val="125B46"/>
          <w:sz w:val="16"/>
        </w:rPr>
      </w:pPr>
      <w:r>
        <w:rPr>
          <w:color w:val="125B46"/>
          <w:sz w:val="16"/>
        </w:rPr>
        <w:t>━━━━━━━━━━━━━━━━━━━━━━━━━━━━━━━━━━━━━━━━━━━━━━━━━━━━━━━━━━━━━━━━━━</w:t>
      </w:r>
    </w:p>
    <w:p w14:paraId="1A5A1382" w14:textId="77777777" w:rsidR="00E70FEE" w:rsidRDefault="00E70FEE">
      <w:pPr>
        <w:spacing w:after="0"/>
        <w:jc w:val="center"/>
        <w:rPr>
          <w:color w:val="125B46"/>
          <w:sz w:val="16"/>
        </w:rPr>
      </w:pPr>
    </w:p>
    <w:p w14:paraId="5B95C993" w14:textId="77777777" w:rsidR="00DC7EF4" w:rsidRDefault="00DC7EF4" w:rsidP="00DC7EF4">
      <w:pPr>
        <w:pStyle w:val="Title"/>
        <w:jc w:val="center"/>
      </w:pPr>
      <w:r>
        <w:rPr>
          <w:color w:val="2E5395"/>
          <w:highlight w:val="yellow"/>
        </w:rPr>
        <w:t>AUTHOR</w:t>
      </w:r>
      <w:r>
        <w:rPr>
          <w:color w:val="2E5395"/>
          <w:spacing w:val="-28"/>
          <w:highlight w:val="yellow"/>
        </w:rPr>
        <w:t xml:space="preserve"> </w:t>
      </w:r>
      <w:r>
        <w:rPr>
          <w:color w:val="2E5395"/>
          <w:highlight w:val="yellow"/>
        </w:rPr>
        <w:t>DECLARATION</w:t>
      </w:r>
      <w:r>
        <w:rPr>
          <w:color w:val="2E5395"/>
          <w:spacing w:val="-28"/>
          <w:highlight w:val="yellow"/>
        </w:rPr>
        <w:t xml:space="preserve"> </w:t>
      </w:r>
      <w:r>
        <w:rPr>
          <w:color w:val="2E5395"/>
          <w:spacing w:val="-4"/>
          <w:highlight w:val="yellow"/>
        </w:rPr>
        <w:t>FORM</w:t>
      </w:r>
    </w:p>
    <w:p w14:paraId="1C62F4B4" w14:textId="77777777" w:rsidR="00DC7EF4" w:rsidRDefault="00DC7EF4" w:rsidP="00DC7EF4">
      <w:pPr>
        <w:spacing w:before="205"/>
        <w:ind w:left="23"/>
        <w:rPr>
          <w:rFonts w:ascii="Calibri"/>
          <w:sz w:val="28"/>
        </w:rPr>
      </w:pPr>
      <w:bookmarkStart w:id="0" w:name="Paper_Title:"/>
      <w:bookmarkEnd w:id="0"/>
      <w:r>
        <w:rPr>
          <w:rFonts w:ascii="Calibri"/>
          <w:color w:val="2E5395"/>
          <w:sz w:val="28"/>
        </w:rPr>
        <w:t>Paper</w:t>
      </w:r>
      <w:r>
        <w:rPr>
          <w:rFonts w:ascii="Calibri"/>
          <w:color w:val="2E5395"/>
          <w:spacing w:val="-10"/>
          <w:sz w:val="28"/>
        </w:rPr>
        <w:t xml:space="preserve"> </w:t>
      </w:r>
      <w:r>
        <w:rPr>
          <w:rFonts w:ascii="Calibri"/>
          <w:color w:val="2E5395"/>
          <w:spacing w:val="-2"/>
          <w:sz w:val="28"/>
        </w:rPr>
        <w:t>Title:</w:t>
      </w:r>
    </w:p>
    <w:p w14:paraId="1B52713D" w14:textId="77777777" w:rsidR="00DC7EF4" w:rsidRDefault="00DC7EF4" w:rsidP="00DC7EF4">
      <w:pPr>
        <w:pStyle w:val="BodyText"/>
        <w:spacing w:before="27"/>
        <w:rPr>
          <w:rFonts w:ascii="Calibri"/>
          <w:sz w:val="20"/>
        </w:rPr>
      </w:pPr>
      <w:r>
        <w:rPr>
          <w:rFonts w:ascii="Calibri"/>
          <w:noProof/>
          <w:sz w:val="20"/>
          <w:lang w:val="en-IN" w:eastAsia="en-IN"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4F0AD2D0" wp14:editId="6D465A57">
                <wp:simplePos x="0" y="0"/>
                <wp:positionH relativeFrom="page">
                  <wp:posOffset>914400</wp:posOffset>
                </wp:positionH>
                <wp:positionV relativeFrom="paragraph">
                  <wp:posOffset>187844</wp:posOffset>
                </wp:positionV>
                <wp:extent cx="5732145" cy="19050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2145" cy="19050"/>
                          <a:chOff x="0" y="0"/>
                          <a:chExt cx="5732145" cy="190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573151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1510" h="19050">
                                <a:moveTo>
                                  <a:pt x="5731497" y="0"/>
                                </a:moveTo>
                                <a:lnTo>
                                  <a:pt x="5728703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0" y="19050"/>
                                </a:lnTo>
                                <a:lnTo>
                                  <a:pt x="5731497" y="19050"/>
                                </a:lnTo>
                                <a:lnTo>
                                  <a:pt x="57314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728715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573214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2145" h="1651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002"/>
                                </a:lnTo>
                                <a:lnTo>
                                  <a:pt x="3048" y="16002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732145" h="16510">
                                <a:moveTo>
                                  <a:pt x="5731764" y="0"/>
                                </a:moveTo>
                                <a:lnTo>
                                  <a:pt x="5728716" y="0"/>
                                </a:lnTo>
                                <a:lnTo>
                                  <a:pt x="5728716" y="3048"/>
                                </a:lnTo>
                                <a:lnTo>
                                  <a:pt x="5731764" y="3048"/>
                                </a:lnTo>
                                <a:lnTo>
                                  <a:pt x="5731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5728715" y="3047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"/>
                                </a:lnTo>
                                <a:lnTo>
                                  <a:pt x="3048" y="12953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1600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16001"/>
                            <a:ext cx="573214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2145" h="3175">
                                <a:moveTo>
                                  <a:pt x="5728703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728703" y="3048"/>
                                </a:lnTo>
                                <a:lnTo>
                                  <a:pt x="5728703" y="0"/>
                                </a:lnTo>
                                <a:close/>
                              </a:path>
                              <a:path w="5732145" h="3175">
                                <a:moveTo>
                                  <a:pt x="5731764" y="0"/>
                                </a:moveTo>
                                <a:lnTo>
                                  <a:pt x="5728716" y="0"/>
                                </a:lnTo>
                                <a:lnTo>
                                  <a:pt x="5728716" y="3048"/>
                                </a:lnTo>
                                <a:lnTo>
                                  <a:pt x="5731764" y="3048"/>
                                </a:lnTo>
                                <a:lnTo>
                                  <a:pt x="5731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C290F6" id="Group 3" o:spid="_x0000_s1026" style="position:absolute;margin-left:1in;margin-top:14.8pt;width:451.35pt;height:1.5pt;z-index:-251654144;mso-wrap-distance-left:0;mso-wrap-distance-right:0;mso-position-horizontal-relative:page" coordsize="57321,1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">
                <v:shape id="Graphic 4" o:spid="_x0000_s1027" style="position:absolute;width:57315;height:190;visibility:visible;mso-wrap-style:square;v-text-anchor:top" coordsize="5731510,190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" path="m5731497,r-2794,l3048,,,,,3048,,19050r5731497,l5731497,xe" fillcolor="#9f9f9f" stroked="f">
                  <v:path arrowok="t"/>
                </v:shape>
                <v:shape id="Graphic 5" o:spid="_x0000_s1028" style="position:absolute;left:57287;width:31;height:31;visibility:visible;mso-wrap-style:square;v-text-anchor:top" coordsize="3175,3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" path="m3048,l,,,3048r3048,l3048,xe" fillcolor="#e2e2e2" stroked="f">
                  <v:path arrowok="t"/>
                </v:shape>
                <v:shape id="Graphic 6" o:spid="_x0000_s1029" style="position:absolute;width:57321;height:165;visibility:visible;mso-wrap-style:square;v-text-anchor:top" coordsize="5732145,165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" path="m3048,3048l,3048,,16002r3048,l3048,3048xem5731764,r-3048,l5728716,3048r3048,l5731764,xe" fillcolor="#9f9f9f" stroked="f">
                  <v:path arrowok="t"/>
                </v:shape>
                <v:shape id="Graphic 7" o:spid="_x0000_s1030" style="position:absolute;left:57287;top:30;width:31;height:133;visibility:visible;mso-wrap-style:square;v-text-anchor:top" coordsize="3175,133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" path="m3048,l,,,12953r3048,l3048,xe" fillcolor="#e2e2e2" stroked="f">
                  <v:path arrowok="t"/>
                </v:shape>
                <v:shape id="Graphic 8" o:spid="_x0000_s1031" style="position:absolute;top:160;width:31;height:31;visibility:visible;mso-wrap-style:square;v-text-anchor:top" coordsize="3175,3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" path="m3047,l,,,3048r3047,l3047,xe" fillcolor="#9f9f9f" stroked="f">
                  <v:path arrowok="t"/>
                </v:shape>
                <v:shape id="Graphic 9" o:spid="_x0000_s1032" style="position:absolute;top:160;width:57321;height:31;visibility:visible;mso-wrap-style:square;v-text-anchor:top" coordsize="5732145,3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" path="m5728703,l3048,,,,,3048r3048,l5728703,3048r,-3048xem5731764,r-3048,l5728716,3048r3048,l5731764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4CEEE74" w14:textId="77777777" w:rsidR="00DC7EF4" w:rsidRDefault="00DC7EF4" w:rsidP="00DC7EF4">
      <w:pPr>
        <w:spacing w:before="231"/>
        <w:ind w:left="23"/>
        <w:rPr>
          <w:rFonts w:ascii="Calibri"/>
          <w:sz w:val="28"/>
        </w:rPr>
      </w:pPr>
      <w:bookmarkStart w:id="1" w:name="Paper_ID_(if_applicable):"/>
      <w:bookmarkEnd w:id="1"/>
      <w:r>
        <w:rPr>
          <w:rFonts w:ascii="Calibri"/>
          <w:color w:val="2E5395"/>
          <w:sz w:val="28"/>
        </w:rPr>
        <w:t>Paper</w:t>
      </w:r>
      <w:r>
        <w:rPr>
          <w:rFonts w:ascii="Calibri"/>
          <w:color w:val="2E5395"/>
          <w:spacing w:val="-6"/>
          <w:sz w:val="28"/>
        </w:rPr>
        <w:t xml:space="preserve"> </w:t>
      </w:r>
      <w:r>
        <w:rPr>
          <w:rFonts w:ascii="Calibri"/>
          <w:color w:val="2E5395"/>
          <w:sz w:val="28"/>
        </w:rPr>
        <w:t>ID</w:t>
      </w:r>
      <w:r>
        <w:rPr>
          <w:rFonts w:ascii="Calibri"/>
          <w:color w:val="2E5395"/>
          <w:spacing w:val="-5"/>
          <w:sz w:val="28"/>
        </w:rPr>
        <w:t xml:space="preserve"> </w:t>
      </w:r>
      <w:r>
        <w:rPr>
          <w:rFonts w:ascii="Calibri"/>
          <w:color w:val="2E5395"/>
          <w:sz w:val="28"/>
        </w:rPr>
        <w:t>(if</w:t>
      </w:r>
      <w:r>
        <w:rPr>
          <w:rFonts w:ascii="Calibri"/>
          <w:color w:val="2E5395"/>
          <w:spacing w:val="-5"/>
          <w:sz w:val="28"/>
        </w:rPr>
        <w:t xml:space="preserve"> </w:t>
      </w:r>
      <w:r>
        <w:rPr>
          <w:rFonts w:ascii="Calibri"/>
          <w:color w:val="2E5395"/>
          <w:spacing w:val="-2"/>
          <w:sz w:val="28"/>
        </w:rPr>
        <w:t>applicable):</w:t>
      </w:r>
    </w:p>
    <w:p w14:paraId="519EA1F2" w14:textId="77777777" w:rsidR="00DC7EF4" w:rsidRDefault="00DC7EF4" w:rsidP="00DC7EF4">
      <w:pPr>
        <w:pStyle w:val="BodyText"/>
        <w:spacing w:before="27"/>
        <w:rPr>
          <w:rFonts w:ascii="Calibri"/>
          <w:sz w:val="20"/>
        </w:rPr>
      </w:pPr>
      <w:r>
        <w:rPr>
          <w:rFonts w:ascii="Calibri"/>
          <w:noProof/>
          <w:sz w:val="20"/>
          <w:lang w:val="en-IN" w:eastAsia="en-IN"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3F04A135" wp14:editId="2FA953C8">
                <wp:simplePos x="0" y="0"/>
                <wp:positionH relativeFrom="page">
                  <wp:posOffset>914400</wp:posOffset>
                </wp:positionH>
                <wp:positionV relativeFrom="paragraph">
                  <wp:posOffset>187961</wp:posOffset>
                </wp:positionV>
                <wp:extent cx="5732145" cy="19685"/>
                <wp:effectExtent l="0" t="0" r="0" b="0"/>
                <wp:wrapTopAndBottom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2145" cy="19685"/>
                          <a:chOff x="0" y="0"/>
                          <a:chExt cx="5732145" cy="1968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573151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1510" h="19685">
                                <a:moveTo>
                                  <a:pt x="5731497" y="127"/>
                                </a:moveTo>
                                <a:lnTo>
                                  <a:pt x="5728703" y="127"/>
                                </a:lnTo>
                                <a:lnTo>
                                  <a:pt x="5728703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lnTo>
                                  <a:pt x="0" y="3048"/>
                                </a:lnTo>
                                <a:lnTo>
                                  <a:pt x="0" y="19177"/>
                                </a:lnTo>
                                <a:lnTo>
                                  <a:pt x="5731497" y="19177"/>
                                </a:lnTo>
                                <a:lnTo>
                                  <a:pt x="5731497" y="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5728715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573214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2145" h="16510">
                                <a:moveTo>
                                  <a:pt x="3048" y="3060"/>
                                </a:moveTo>
                                <a:lnTo>
                                  <a:pt x="0" y="3060"/>
                                </a:lnTo>
                                <a:lnTo>
                                  <a:pt x="0" y="16002"/>
                                </a:lnTo>
                                <a:lnTo>
                                  <a:pt x="3048" y="16002"/>
                                </a:lnTo>
                                <a:lnTo>
                                  <a:pt x="3048" y="3060"/>
                                </a:lnTo>
                                <a:close/>
                              </a:path>
                              <a:path w="5732145" h="16510">
                                <a:moveTo>
                                  <a:pt x="5731764" y="0"/>
                                </a:moveTo>
                                <a:lnTo>
                                  <a:pt x="5728716" y="0"/>
                                </a:lnTo>
                                <a:lnTo>
                                  <a:pt x="5728716" y="3048"/>
                                </a:lnTo>
                                <a:lnTo>
                                  <a:pt x="5731764" y="3048"/>
                                </a:lnTo>
                                <a:lnTo>
                                  <a:pt x="5731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5728715" y="3047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"/>
                                </a:lnTo>
                                <a:lnTo>
                                  <a:pt x="3048" y="12953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1600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16001"/>
                            <a:ext cx="573214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2145" h="3175">
                                <a:moveTo>
                                  <a:pt x="5728703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728703" y="3048"/>
                                </a:lnTo>
                                <a:lnTo>
                                  <a:pt x="5728703" y="0"/>
                                </a:lnTo>
                                <a:close/>
                              </a:path>
                              <a:path w="5732145" h="3175">
                                <a:moveTo>
                                  <a:pt x="5731764" y="0"/>
                                </a:moveTo>
                                <a:lnTo>
                                  <a:pt x="5728716" y="0"/>
                                </a:lnTo>
                                <a:lnTo>
                                  <a:pt x="5728716" y="3048"/>
                                </a:lnTo>
                                <a:lnTo>
                                  <a:pt x="5731764" y="3048"/>
                                </a:lnTo>
                                <a:lnTo>
                                  <a:pt x="5731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811878" id="Group 10" o:spid="_x0000_s1026" style="position:absolute;margin-left:1in;margin-top:14.8pt;width:451.35pt;height:1.55pt;z-index:-251653120;mso-wrap-distance-left:0;mso-wrap-distance-right:0;mso-position-horizontal-relative:page" coordsize="57321,1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">
                <v:shape id="Graphic 11" o:spid="_x0000_s1027" style="position:absolute;width:57315;height:196;visibility:visible;mso-wrap-style:square;v-text-anchor:top" coordsize="5731510,196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" path="m5731497,127r-2794,l5728703,,3048,,,,,127,,3048,,19177r5731497,l5731497,127xe" fillcolor="#9f9f9f" stroked="f">
                  <v:path arrowok="t"/>
                </v:shape>
                <v:shape id="Graphic 12" o:spid="_x0000_s1028" style="position:absolute;left:57287;width:31;height:31;visibility:visible;mso-wrap-style:square;v-text-anchor:top" coordsize="3175,3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" path="m3048,l,,,3048r3048,l3048,xe" fillcolor="#e2e2e2" stroked="f">
                  <v:path arrowok="t"/>
                </v:shape>
                <v:shape id="Graphic 13" o:spid="_x0000_s1029" style="position:absolute;width:57321;height:165;visibility:visible;mso-wrap-style:square;v-text-anchor:top" coordsize="5732145,165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" path="m3048,3060l,3060,,16002r3048,l3048,3060xem5731764,r-3048,l5728716,3048r3048,l5731764,xe" fillcolor="#9f9f9f" stroked="f">
                  <v:path arrowok="t"/>
                </v:shape>
                <v:shape id="Graphic 14" o:spid="_x0000_s1030" style="position:absolute;left:57287;top:30;width:31;height:133;visibility:visible;mso-wrap-style:square;v-text-anchor:top" coordsize="3175,133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" path="m3048,l,,,12953r3048,l3048,xe" fillcolor="#e2e2e2" stroked="f">
                  <v:path arrowok="t"/>
                </v:shape>
                <v:shape id="Graphic 15" o:spid="_x0000_s1031" style="position:absolute;top:160;width:31;height:31;visibility:visible;mso-wrap-style:square;v-text-anchor:top" coordsize="3175,3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" path="m3047,l,,,3048r3047,l3047,xe" fillcolor="#9f9f9f" stroked="f">
                  <v:path arrowok="t"/>
                </v:shape>
                <v:shape id="Graphic 16" o:spid="_x0000_s1032" style="position:absolute;top:160;width:57321;height:31;visibility:visible;mso-wrap-style:square;v-text-anchor:top" coordsize="5732145,3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" path="m5728703,l3048,,,,,3048r3048,l5728703,3048r,-3048xem5731764,r-3048,l5728716,3048r3048,l5731764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DB79788" w14:textId="77777777" w:rsidR="00DC7EF4" w:rsidRDefault="00DC7EF4" w:rsidP="00DC7EF4">
      <w:pPr>
        <w:spacing w:before="231"/>
        <w:ind w:left="23"/>
        <w:rPr>
          <w:rFonts w:ascii="Calibri"/>
          <w:sz w:val="28"/>
        </w:rPr>
      </w:pPr>
      <w:bookmarkStart w:id="2" w:name="Author_Name(s):"/>
      <w:bookmarkEnd w:id="2"/>
      <w:r>
        <w:rPr>
          <w:rFonts w:ascii="Calibri"/>
          <w:color w:val="2E5395"/>
          <w:sz w:val="28"/>
        </w:rPr>
        <w:t>Author</w:t>
      </w:r>
      <w:r>
        <w:rPr>
          <w:rFonts w:ascii="Calibri"/>
          <w:color w:val="2E5395"/>
          <w:spacing w:val="-11"/>
          <w:sz w:val="28"/>
        </w:rPr>
        <w:t xml:space="preserve"> </w:t>
      </w:r>
      <w:r>
        <w:rPr>
          <w:rFonts w:ascii="Calibri"/>
          <w:color w:val="2E5395"/>
          <w:spacing w:val="-2"/>
          <w:sz w:val="28"/>
        </w:rPr>
        <w:t>Name(s):</w:t>
      </w:r>
    </w:p>
    <w:p w14:paraId="173D1559" w14:textId="77777777" w:rsidR="00DC7EF4" w:rsidRDefault="00DC7EF4" w:rsidP="00DC7EF4">
      <w:pPr>
        <w:pStyle w:val="BodyText"/>
        <w:spacing w:before="24"/>
        <w:rPr>
          <w:rFonts w:ascii="Calibri"/>
          <w:sz w:val="28"/>
        </w:rPr>
      </w:pPr>
    </w:p>
    <w:p w14:paraId="1D68C21D" w14:textId="77777777" w:rsidR="00DC7EF4" w:rsidRDefault="00DC7EF4" w:rsidP="00DC7EF4">
      <w:pPr>
        <w:ind w:left="383"/>
        <w:rPr>
          <w:rFonts w:ascii="Calibri"/>
        </w:rPr>
      </w:pPr>
      <w:r>
        <w:rPr>
          <w:rFonts w:ascii="Calibri"/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0DFFFE38" wp14:editId="30C866AA">
                <wp:simplePos x="0" y="0"/>
                <wp:positionH relativeFrom="page">
                  <wp:posOffset>1371600</wp:posOffset>
                </wp:positionH>
                <wp:positionV relativeFrom="paragraph">
                  <wp:posOffset>82045</wp:posOffset>
                </wp:positionV>
                <wp:extent cx="5274945" cy="19685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74945" cy="19685"/>
                          <a:chOff x="0" y="0"/>
                          <a:chExt cx="5274945" cy="1968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527431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4310" h="19685">
                                <a:moveTo>
                                  <a:pt x="5274297" y="127"/>
                                </a:moveTo>
                                <a:lnTo>
                                  <a:pt x="5271503" y="127"/>
                                </a:lnTo>
                                <a:lnTo>
                                  <a:pt x="5271503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lnTo>
                                  <a:pt x="0" y="3048"/>
                                </a:lnTo>
                                <a:lnTo>
                                  <a:pt x="0" y="19177"/>
                                </a:lnTo>
                                <a:lnTo>
                                  <a:pt x="5274297" y="19177"/>
                                </a:lnTo>
                                <a:lnTo>
                                  <a:pt x="5274297" y="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271515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527494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4945" h="1651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002"/>
                                </a:lnTo>
                                <a:lnTo>
                                  <a:pt x="3048" y="16002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274945" h="16510">
                                <a:moveTo>
                                  <a:pt x="5274564" y="0"/>
                                </a:moveTo>
                                <a:lnTo>
                                  <a:pt x="5271516" y="0"/>
                                </a:lnTo>
                                <a:lnTo>
                                  <a:pt x="5271516" y="3048"/>
                                </a:lnTo>
                                <a:lnTo>
                                  <a:pt x="5274564" y="3048"/>
                                </a:lnTo>
                                <a:lnTo>
                                  <a:pt x="5274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5271515" y="3047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"/>
                                </a:lnTo>
                                <a:lnTo>
                                  <a:pt x="3048" y="12953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0" y="1600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0" y="16001"/>
                            <a:ext cx="527494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4945" h="3175">
                                <a:moveTo>
                                  <a:pt x="5271503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271503" y="3048"/>
                                </a:lnTo>
                                <a:lnTo>
                                  <a:pt x="5271503" y="0"/>
                                </a:lnTo>
                                <a:close/>
                              </a:path>
                              <a:path w="5274945" h="3175">
                                <a:moveTo>
                                  <a:pt x="5274564" y="0"/>
                                </a:moveTo>
                                <a:lnTo>
                                  <a:pt x="5271516" y="0"/>
                                </a:lnTo>
                                <a:lnTo>
                                  <a:pt x="5271516" y="3048"/>
                                </a:lnTo>
                                <a:lnTo>
                                  <a:pt x="5274564" y="3048"/>
                                </a:lnTo>
                                <a:lnTo>
                                  <a:pt x="5274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E4479C" id="Group 17" o:spid="_x0000_s1026" style="position:absolute;margin-left:108pt;margin-top:6.45pt;width:415.35pt;height:1.55pt;z-index:251659264;mso-wrap-distance-left:0;mso-wrap-distance-right:0;mso-position-horizontal-relative:page" coordsize="52749,1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">
                <v:shape id="Graphic 18" o:spid="_x0000_s1027" style="position:absolute;width:52743;height:196;visibility:visible;mso-wrap-style:square;v-text-anchor:top" coordsize="5274310,196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" path="m5274297,127r-2794,l5271503,,3048,,,,,127,,3048,,19177r5274297,l5274297,127xe" fillcolor="#9f9f9f" stroked="f">
                  <v:path arrowok="t"/>
                </v:shape>
                <v:shape id="Graphic 19" o:spid="_x0000_s1028" style="position:absolute;left:52715;width:31;height:31;visibility:visible;mso-wrap-style:square;v-text-anchor:top" coordsize="3175,3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" path="m3048,l,,,3048r3048,l3048,xe" fillcolor="#e2e2e2" stroked="f">
                  <v:path arrowok="t"/>
                </v:shape>
                <v:shape id="Graphic 20" o:spid="_x0000_s1029" style="position:absolute;width:52749;height:165;visibility:visible;mso-wrap-style:square;v-text-anchor:top" coordsize="5274945,165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" path="m3048,3048l,3048,,16002r3048,l3048,3048xem5274564,r-3048,l5271516,3048r3048,l5274564,xe" fillcolor="#9f9f9f" stroked="f">
                  <v:path arrowok="t"/>
                </v:shape>
                <v:shape id="Graphic 21" o:spid="_x0000_s1030" style="position:absolute;left:52715;top:30;width:31;height:133;visibility:visible;mso-wrap-style:square;v-text-anchor:top" coordsize="3175,133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" path="m3048,l,,,12953r3048,l3048,xe" fillcolor="#e2e2e2" stroked="f">
                  <v:path arrowok="t"/>
                </v:shape>
                <v:shape id="Graphic 22" o:spid="_x0000_s1031" style="position:absolute;top:160;width:31;height:31;visibility:visible;mso-wrap-style:square;v-text-anchor:top" coordsize="3175,3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" path="m3047,l,,,3048r3047,l3047,xe" fillcolor="#9f9f9f" stroked="f">
                  <v:path arrowok="t"/>
                </v:shape>
                <v:shape id="Graphic 23" o:spid="_x0000_s1032" style="position:absolute;top:160;width:52749;height:31;visibility:visible;mso-wrap-style:square;v-text-anchor:top" coordsize="5274945,3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" path="m5271503,l3048,,,,,3048r3048,l5271503,3048r,-3048xem5274564,r-3048,l5271516,3048r3048,l5274564,xe" fillcolor="#e2e2e2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Calibri"/>
          <w:spacing w:val="-5"/>
        </w:rPr>
        <w:t>1.</w:t>
      </w:r>
    </w:p>
    <w:p w14:paraId="56EB90A6" w14:textId="77777777" w:rsidR="00DC7EF4" w:rsidRDefault="00DC7EF4" w:rsidP="00DC7EF4">
      <w:pPr>
        <w:ind w:left="383"/>
        <w:rPr>
          <w:rFonts w:ascii="Calibri"/>
        </w:rPr>
      </w:pPr>
      <w:r>
        <w:rPr>
          <w:rFonts w:ascii="Calibri"/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251660288" behindDoc="0" locked="0" layoutInCell="1" allowOverlap="1" wp14:anchorId="131743B4" wp14:editId="7E8D0FDA">
                <wp:simplePos x="0" y="0"/>
                <wp:positionH relativeFrom="page">
                  <wp:posOffset>1371600</wp:posOffset>
                </wp:positionH>
                <wp:positionV relativeFrom="paragraph">
                  <wp:posOffset>82214</wp:posOffset>
                </wp:positionV>
                <wp:extent cx="5274945" cy="19685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74945" cy="19685"/>
                          <a:chOff x="0" y="0"/>
                          <a:chExt cx="5274945" cy="19685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527431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4310" h="19685">
                                <a:moveTo>
                                  <a:pt x="5274297" y="241"/>
                                </a:moveTo>
                                <a:lnTo>
                                  <a:pt x="5271503" y="241"/>
                                </a:lnTo>
                                <a:lnTo>
                                  <a:pt x="5271503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1"/>
                                </a:lnTo>
                                <a:lnTo>
                                  <a:pt x="0" y="3035"/>
                                </a:lnTo>
                                <a:lnTo>
                                  <a:pt x="0" y="19291"/>
                                </a:lnTo>
                                <a:lnTo>
                                  <a:pt x="5274297" y="19291"/>
                                </a:lnTo>
                                <a:lnTo>
                                  <a:pt x="5274297" y="2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271515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527494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4945" h="16510">
                                <a:moveTo>
                                  <a:pt x="3048" y="3022"/>
                                </a:moveTo>
                                <a:lnTo>
                                  <a:pt x="0" y="3022"/>
                                </a:lnTo>
                                <a:lnTo>
                                  <a:pt x="0" y="15989"/>
                                </a:lnTo>
                                <a:lnTo>
                                  <a:pt x="3048" y="15989"/>
                                </a:lnTo>
                                <a:lnTo>
                                  <a:pt x="3048" y="3022"/>
                                </a:lnTo>
                                <a:close/>
                              </a:path>
                              <a:path w="5274945" h="16510">
                                <a:moveTo>
                                  <a:pt x="5274564" y="0"/>
                                </a:moveTo>
                                <a:lnTo>
                                  <a:pt x="5271516" y="0"/>
                                </a:lnTo>
                                <a:lnTo>
                                  <a:pt x="5271516" y="3035"/>
                                </a:lnTo>
                                <a:lnTo>
                                  <a:pt x="5274564" y="3035"/>
                                </a:lnTo>
                                <a:lnTo>
                                  <a:pt x="5274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5271515" y="3022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66"/>
                                </a:lnTo>
                                <a:lnTo>
                                  <a:pt x="3048" y="1296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0" y="1600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7" y="3035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0" y="16001"/>
                            <a:ext cx="527494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4945" h="3175">
                                <a:moveTo>
                                  <a:pt x="5271503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271503" y="3035"/>
                                </a:lnTo>
                                <a:lnTo>
                                  <a:pt x="5271503" y="0"/>
                                </a:lnTo>
                                <a:close/>
                              </a:path>
                              <a:path w="5274945" h="3175">
                                <a:moveTo>
                                  <a:pt x="5274564" y="0"/>
                                </a:moveTo>
                                <a:lnTo>
                                  <a:pt x="5271516" y="0"/>
                                </a:lnTo>
                                <a:lnTo>
                                  <a:pt x="5271516" y="3035"/>
                                </a:lnTo>
                                <a:lnTo>
                                  <a:pt x="5274564" y="3035"/>
                                </a:lnTo>
                                <a:lnTo>
                                  <a:pt x="5274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DF9F0" id="Group 24" o:spid="_x0000_s1026" style="position:absolute;margin-left:108pt;margin-top:6.45pt;width:415.35pt;height:1.55pt;z-index:251660288;mso-wrap-distance-left:0;mso-wrap-distance-right:0;mso-position-horizontal-relative:page" coordsize="52749,1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">
                <v:shape id="Graphic 25" o:spid="_x0000_s1027" style="position:absolute;width:52743;height:196;visibility:visible;mso-wrap-style:square;v-text-anchor:top" coordsize="5274310,196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" path="m5274297,241r-2794,l5271503,,3048,,,,,241,,3035,,19291r5274297,l5274297,241xe" fillcolor="#9f9f9f" stroked="f">
                  <v:path arrowok="t"/>
                </v:shape>
                <v:shape id="Graphic 26" o:spid="_x0000_s1028" style="position:absolute;left:52715;width:31;height:31;visibility:visible;mso-wrap-style:square;v-text-anchor:top" coordsize="3175,3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" path="m3048,l,,,3035r3048,l3048,xe" fillcolor="#e2e2e2" stroked="f">
                  <v:path arrowok="t"/>
                </v:shape>
                <v:shape id="Graphic 27" o:spid="_x0000_s1029" style="position:absolute;width:52749;height:165;visibility:visible;mso-wrap-style:square;v-text-anchor:top" coordsize="5274945,165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" path="m3048,3022l,3022,,15989r3048,l3048,3022xem5274564,r-3048,l5271516,3035r3048,l5274564,xe" fillcolor="#9f9f9f" stroked="f">
                  <v:path arrowok="t"/>
                </v:shape>
                <v:shape id="Graphic 28" o:spid="_x0000_s1030" style="position:absolute;left:52715;top:30;width:31;height:133;visibility:visible;mso-wrap-style:square;v-text-anchor:top" coordsize="3175,133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" path="m3048,l,,,12966r3048,l3048,xe" fillcolor="#e2e2e2" stroked="f">
                  <v:path arrowok="t"/>
                </v:shape>
                <v:shape id="Graphic 29" o:spid="_x0000_s1031" style="position:absolute;top:160;width:31;height:31;visibility:visible;mso-wrap-style:square;v-text-anchor:top" coordsize="3175,3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" path="m3047,l,,,3035r3047,l3047,xe" fillcolor="#9f9f9f" stroked="f">
                  <v:path arrowok="t"/>
                </v:shape>
                <v:shape id="Graphic 30" o:spid="_x0000_s1032" style="position:absolute;top:160;width:52749;height:31;visibility:visible;mso-wrap-style:square;v-text-anchor:top" coordsize="5274945,3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" path="m5271503,l3048,,,,,3035r3048,l5271503,3035r,-3035xem5274564,r-3048,l5271516,3035r3048,l5274564,xe" fillcolor="#e2e2e2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Calibri"/>
          <w:spacing w:val="-5"/>
        </w:rPr>
        <w:t>2.</w:t>
      </w:r>
    </w:p>
    <w:p w14:paraId="26192066" w14:textId="77777777" w:rsidR="00DC7EF4" w:rsidRDefault="00DC7EF4" w:rsidP="00DC7EF4">
      <w:pPr>
        <w:ind w:left="383"/>
        <w:rPr>
          <w:rFonts w:ascii="Calibri"/>
        </w:rPr>
      </w:pPr>
      <w:r>
        <w:rPr>
          <w:rFonts w:ascii="Calibri"/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251661312" behindDoc="0" locked="0" layoutInCell="1" allowOverlap="1" wp14:anchorId="04A618A2" wp14:editId="730BAAAF">
                <wp:simplePos x="0" y="0"/>
                <wp:positionH relativeFrom="page">
                  <wp:posOffset>1371600</wp:posOffset>
                </wp:positionH>
                <wp:positionV relativeFrom="paragraph">
                  <wp:posOffset>82103</wp:posOffset>
                </wp:positionV>
                <wp:extent cx="5274945" cy="19685"/>
                <wp:effectExtent l="0" t="0" r="0" b="0"/>
                <wp:wrapNone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74945" cy="19685"/>
                          <a:chOff x="0" y="0"/>
                          <a:chExt cx="5274945" cy="19685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0"/>
                            <a:ext cx="527431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4310" h="19050">
                                <a:moveTo>
                                  <a:pt x="5274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"/>
                                </a:lnTo>
                                <a:lnTo>
                                  <a:pt x="0" y="3302"/>
                                </a:lnTo>
                                <a:lnTo>
                                  <a:pt x="0" y="19050"/>
                                </a:lnTo>
                                <a:lnTo>
                                  <a:pt x="5274297" y="19050"/>
                                </a:lnTo>
                                <a:lnTo>
                                  <a:pt x="5274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5271515" y="25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0" y="253"/>
                            <a:ext cx="527494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4945" h="1651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002"/>
                                </a:lnTo>
                                <a:lnTo>
                                  <a:pt x="3048" y="16002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274945" h="16510">
                                <a:moveTo>
                                  <a:pt x="5274564" y="0"/>
                                </a:moveTo>
                                <a:lnTo>
                                  <a:pt x="5271516" y="0"/>
                                </a:lnTo>
                                <a:lnTo>
                                  <a:pt x="5271516" y="3048"/>
                                </a:lnTo>
                                <a:lnTo>
                                  <a:pt x="5274564" y="3048"/>
                                </a:lnTo>
                                <a:lnTo>
                                  <a:pt x="5274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5271515" y="3301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"/>
                                </a:lnTo>
                                <a:lnTo>
                                  <a:pt x="3048" y="12953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0" y="1625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0" y="16255"/>
                            <a:ext cx="527494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4945" h="3175">
                                <a:moveTo>
                                  <a:pt x="5271503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271503" y="3048"/>
                                </a:lnTo>
                                <a:lnTo>
                                  <a:pt x="5271503" y="0"/>
                                </a:lnTo>
                                <a:close/>
                              </a:path>
                              <a:path w="5274945" h="3175">
                                <a:moveTo>
                                  <a:pt x="5274564" y="0"/>
                                </a:moveTo>
                                <a:lnTo>
                                  <a:pt x="5271516" y="0"/>
                                </a:lnTo>
                                <a:lnTo>
                                  <a:pt x="5271516" y="3048"/>
                                </a:lnTo>
                                <a:lnTo>
                                  <a:pt x="5274564" y="3048"/>
                                </a:lnTo>
                                <a:lnTo>
                                  <a:pt x="5274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7C8A46" id="Group 31" o:spid="_x0000_s1026" style="position:absolute;margin-left:108pt;margin-top:6.45pt;width:415.35pt;height:1.55pt;z-index:251661312;mso-wrap-distance-left:0;mso-wrap-distance-right:0;mso-position-horizontal-relative:page" coordsize="52749,1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">
                <v:shape id="Graphic 32" o:spid="_x0000_s1027" style="position:absolute;width:52743;height:190;visibility:visible;mso-wrap-style:square;v-text-anchor:top" coordsize="5274310,190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" path="m5274297,l,,,254,,3302,,19050r5274297,l5274297,xe" fillcolor="#9f9f9f" stroked="f">
                  <v:path arrowok="t"/>
                </v:shape>
                <v:shape id="Graphic 33" o:spid="_x0000_s1028" style="position:absolute;left:52715;top:2;width:31;height:32;visibility:visible;mso-wrap-style:square;v-text-anchor:top" coordsize="3175,3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" path="m3048,l,,,3048r3048,l3048,xe" fillcolor="#e2e2e2" stroked="f">
                  <v:path arrowok="t"/>
                </v:shape>
                <v:shape id="Graphic 34" o:spid="_x0000_s1029" style="position:absolute;top:2;width:52749;height:165;visibility:visible;mso-wrap-style:square;v-text-anchor:top" coordsize="5274945,165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" path="m3048,3048l,3048,,16002r3048,l3048,3048xem5274564,r-3048,l5271516,3048r3048,l5274564,xe" fillcolor="#9f9f9f" stroked="f">
                  <v:path arrowok="t"/>
                </v:shape>
                <v:shape id="Graphic 35" o:spid="_x0000_s1030" style="position:absolute;left:52715;top:33;width:31;height:133;visibility:visible;mso-wrap-style:square;v-text-anchor:top" coordsize="3175,133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" path="m3048,l,,,12953r3048,l3048,xe" fillcolor="#e2e2e2" stroked="f">
                  <v:path arrowok="t"/>
                </v:shape>
                <v:shape id="Graphic 36" o:spid="_x0000_s1031" style="position:absolute;top:162;width:31;height:32;visibility:visible;mso-wrap-style:square;v-text-anchor:top" coordsize="3175,3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" path="m3047,l,,,3048r3047,l3047,xe" fillcolor="#9f9f9f" stroked="f">
                  <v:path arrowok="t"/>
                </v:shape>
                <v:shape id="Graphic 37" o:spid="_x0000_s1032" style="position:absolute;top:162;width:52749;height:32;visibility:visible;mso-wrap-style:square;v-text-anchor:top" coordsize="5274945,3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" path="m5271503,l3048,,,,,3048r3048,l5271503,3048r,-3048xem5274564,r-3048,l5271516,3048r3048,l5274564,xe" fillcolor="#e2e2e2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Calibri"/>
          <w:spacing w:val="-5"/>
        </w:rPr>
        <w:t>3.</w:t>
      </w:r>
    </w:p>
    <w:p w14:paraId="2CFCB8B4" w14:textId="77777777" w:rsidR="00DC7EF4" w:rsidRDefault="00DC7EF4" w:rsidP="00DC7EF4">
      <w:pPr>
        <w:spacing w:before="221"/>
        <w:ind w:left="23"/>
        <w:rPr>
          <w:rFonts w:ascii="Calibri"/>
          <w:sz w:val="28"/>
        </w:rPr>
      </w:pPr>
      <w:bookmarkStart w:id="3" w:name="Corresponding_Author:"/>
      <w:bookmarkEnd w:id="3"/>
      <w:r>
        <w:rPr>
          <w:rFonts w:ascii="Calibri"/>
          <w:color w:val="2E5395"/>
          <w:spacing w:val="-2"/>
          <w:sz w:val="28"/>
        </w:rPr>
        <w:t>Corresponding</w:t>
      </w:r>
      <w:r>
        <w:rPr>
          <w:rFonts w:ascii="Calibri"/>
          <w:color w:val="2E5395"/>
          <w:spacing w:val="5"/>
          <w:sz w:val="28"/>
        </w:rPr>
        <w:t xml:space="preserve"> </w:t>
      </w:r>
      <w:r>
        <w:rPr>
          <w:rFonts w:ascii="Calibri"/>
          <w:color w:val="2E5395"/>
          <w:spacing w:val="-2"/>
          <w:sz w:val="28"/>
        </w:rPr>
        <w:t>Author:</w:t>
      </w:r>
    </w:p>
    <w:p w14:paraId="7646AE73" w14:textId="77777777" w:rsidR="00DC7EF4" w:rsidRDefault="00DC7EF4" w:rsidP="00DC7EF4">
      <w:pPr>
        <w:pStyle w:val="BodyText"/>
        <w:tabs>
          <w:tab w:val="left" w:pos="5242"/>
          <w:tab w:val="left" w:pos="5402"/>
          <w:tab w:val="left" w:pos="5522"/>
        </w:tabs>
        <w:spacing w:before="308"/>
        <w:ind w:left="23" w:right="3831"/>
      </w:pPr>
      <w:r>
        <w:t xml:space="preserve">Name: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Email: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Affiliation: </w:t>
      </w:r>
      <w:r>
        <w:rPr>
          <w:u w:val="single"/>
        </w:rPr>
        <w:tab/>
      </w:r>
    </w:p>
    <w:p w14:paraId="109F628C" w14:textId="77777777" w:rsidR="00DC7EF4" w:rsidRDefault="00DC7EF4" w:rsidP="00DC7EF4">
      <w:pPr>
        <w:pStyle w:val="BodyText"/>
        <w:spacing w:before="213"/>
        <w:rPr>
          <w:sz w:val="20"/>
        </w:rPr>
      </w:pPr>
      <w:r>
        <w:rPr>
          <w:noProof/>
          <w:sz w:val="20"/>
          <w:lang w:val="en-IN" w:eastAsia="en-IN"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219FDF62" wp14:editId="0D4963FC">
                <wp:simplePos x="0" y="0"/>
                <wp:positionH relativeFrom="page">
                  <wp:posOffset>914400</wp:posOffset>
                </wp:positionH>
                <wp:positionV relativeFrom="paragraph">
                  <wp:posOffset>296948</wp:posOffset>
                </wp:positionV>
                <wp:extent cx="5732145" cy="19685"/>
                <wp:effectExtent l="0" t="0" r="0" b="0"/>
                <wp:wrapTopAndBottom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2145" cy="19685"/>
                          <a:chOff x="0" y="0"/>
                          <a:chExt cx="5732145" cy="19685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0" y="12"/>
                            <a:ext cx="573151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1510" h="19685">
                                <a:moveTo>
                                  <a:pt x="5731497" y="228"/>
                                </a:moveTo>
                                <a:lnTo>
                                  <a:pt x="5728703" y="228"/>
                                </a:lnTo>
                                <a:lnTo>
                                  <a:pt x="5728703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8"/>
                                </a:lnTo>
                                <a:lnTo>
                                  <a:pt x="0" y="3022"/>
                                </a:lnTo>
                                <a:lnTo>
                                  <a:pt x="0" y="19278"/>
                                </a:lnTo>
                                <a:lnTo>
                                  <a:pt x="5731497" y="19278"/>
                                </a:lnTo>
                                <a:lnTo>
                                  <a:pt x="5731497" y="2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728715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0" y="12"/>
                            <a:ext cx="573214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2145" h="16510">
                                <a:moveTo>
                                  <a:pt x="3048" y="3009"/>
                                </a:moveTo>
                                <a:lnTo>
                                  <a:pt x="0" y="3009"/>
                                </a:lnTo>
                                <a:lnTo>
                                  <a:pt x="0" y="15976"/>
                                </a:lnTo>
                                <a:lnTo>
                                  <a:pt x="3048" y="15976"/>
                                </a:lnTo>
                                <a:lnTo>
                                  <a:pt x="3048" y="3009"/>
                                </a:lnTo>
                                <a:close/>
                              </a:path>
                              <a:path w="5732145" h="16510">
                                <a:moveTo>
                                  <a:pt x="5731764" y="0"/>
                                </a:moveTo>
                                <a:lnTo>
                                  <a:pt x="5728716" y="0"/>
                                </a:lnTo>
                                <a:lnTo>
                                  <a:pt x="5728716" y="3022"/>
                                </a:lnTo>
                                <a:lnTo>
                                  <a:pt x="5731764" y="3022"/>
                                </a:lnTo>
                                <a:lnTo>
                                  <a:pt x="5731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5728715" y="3022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66"/>
                                </a:lnTo>
                                <a:lnTo>
                                  <a:pt x="3048" y="1296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0" y="1600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7" y="3035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0" y="16014"/>
                            <a:ext cx="573214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2145" h="3175">
                                <a:moveTo>
                                  <a:pt x="5728703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22"/>
                                </a:lnTo>
                                <a:lnTo>
                                  <a:pt x="3048" y="3022"/>
                                </a:lnTo>
                                <a:lnTo>
                                  <a:pt x="5728703" y="3022"/>
                                </a:lnTo>
                                <a:lnTo>
                                  <a:pt x="5728703" y="0"/>
                                </a:lnTo>
                                <a:close/>
                              </a:path>
                              <a:path w="5732145" h="3175">
                                <a:moveTo>
                                  <a:pt x="5731764" y="0"/>
                                </a:moveTo>
                                <a:lnTo>
                                  <a:pt x="5728716" y="0"/>
                                </a:lnTo>
                                <a:lnTo>
                                  <a:pt x="5728716" y="3022"/>
                                </a:lnTo>
                                <a:lnTo>
                                  <a:pt x="5731764" y="3022"/>
                                </a:lnTo>
                                <a:lnTo>
                                  <a:pt x="5731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E2851B" id="Group 38" o:spid="_x0000_s1026" style="position:absolute;margin-left:1in;margin-top:23.4pt;width:451.35pt;height:1.55pt;z-index:-251652096;mso-wrap-distance-left:0;mso-wrap-distance-right:0;mso-position-horizontal-relative:page" coordsize="57321,1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">
                <v:shape id="Graphic 39" o:spid="_x0000_s1027" style="position:absolute;width:57315;height:196;visibility:visible;mso-wrap-style:square;v-text-anchor:top" coordsize="5731510,196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" path="m5731497,228r-2794,l5728703,,3048,,,,,228,,3022,,19278r5731497,l5731497,228xe" fillcolor="#9f9f9f" stroked="f">
                  <v:path arrowok="t"/>
                </v:shape>
                <v:shape id="Graphic 40" o:spid="_x0000_s1028" style="position:absolute;left:57287;width:31;height:31;visibility:visible;mso-wrap-style:square;v-text-anchor:top" coordsize="3175,3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" path="m3048,l,,,3035r3048,l3048,xe" fillcolor="#e2e2e2" stroked="f">
                  <v:path arrowok="t"/>
                </v:shape>
                <v:shape id="Graphic 41" o:spid="_x0000_s1029" style="position:absolute;width:57321;height:165;visibility:visible;mso-wrap-style:square;v-text-anchor:top" coordsize="5732145,165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" path="m3048,3009l,3009,,15976r3048,l3048,3009xem5731764,r-3048,l5728716,3022r3048,l5731764,xe" fillcolor="#9f9f9f" stroked="f">
                  <v:path arrowok="t"/>
                </v:shape>
                <v:shape id="Graphic 42" o:spid="_x0000_s1030" style="position:absolute;left:57287;top:30;width:31;height:133;visibility:visible;mso-wrap-style:square;v-text-anchor:top" coordsize="3175,133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" path="m3048,l,,,12966r3048,l3048,xe" fillcolor="#e2e2e2" stroked="f">
                  <v:path arrowok="t"/>
                </v:shape>
                <v:shape id="Graphic 43" o:spid="_x0000_s1031" style="position:absolute;top:160;width:31;height:31;visibility:visible;mso-wrap-style:square;v-text-anchor:top" coordsize="3175,3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" path="m3047,l,,,3035r3047,l3047,xe" fillcolor="#9f9f9f" stroked="f">
                  <v:path arrowok="t"/>
                </v:shape>
                <v:shape id="Graphic 44" o:spid="_x0000_s1032" style="position:absolute;top:160;width:57321;height:31;visibility:visible;mso-wrap-style:square;v-text-anchor:top" coordsize="5732145,3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" path="m5728703,l3048,,,,,3022r3048,l5728703,3022r,-3022xem5731764,r-3048,l5728716,3022r3048,l5731764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99510D6" w14:textId="77777777" w:rsidR="00DC7EF4" w:rsidRDefault="00DC7EF4" w:rsidP="00DC7EF4">
      <w:pPr>
        <w:spacing w:before="231"/>
        <w:jc w:val="both"/>
        <w:rPr>
          <w:rFonts w:ascii="Calibri Light"/>
          <w:color w:val="2E5395"/>
          <w:sz w:val="32"/>
        </w:rPr>
      </w:pPr>
      <w:bookmarkStart w:id="4" w:name="Author_Ethical_Declaration"/>
      <w:bookmarkEnd w:id="4"/>
    </w:p>
    <w:p w14:paraId="1A5DBBCA" w14:textId="77777777" w:rsidR="00DC7EF4" w:rsidRDefault="00DC7EF4" w:rsidP="00DC7EF4">
      <w:pPr>
        <w:spacing w:before="231"/>
        <w:ind w:left="23"/>
        <w:jc w:val="both"/>
        <w:rPr>
          <w:rFonts w:ascii="Calibri Light"/>
          <w:color w:val="2E5395"/>
          <w:sz w:val="32"/>
        </w:rPr>
      </w:pPr>
    </w:p>
    <w:p w14:paraId="48267EBD" w14:textId="77777777" w:rsidR="00DC7EF4" w:rsidRDefault="00DC7EF4" w:rsidP="00DC7EF4">
      <w:pPr>
        <w:spacing w:before="231"/>
        <w:ind w:left="23"/>
        <w:jc w:val="both"/>
        <w:rPr>
          <w:rFonts w:ascii="Calibri Light"/>
          <w:color w:val="2E5395"/>
          <w:sz w:val="32"/>
        </w:rPr>
      </w:pPr>
    </w:p>
    <w:p w14:paraId="680EB7AB" w14:textId="77777777" w:rsidR="00DC7EF4" w:rsidRDefault="00DC7EF4" w:rsidP="00DC7EF4">
      <w:pPr>
        <w:spacing w:before="231"/>
        <w:ind w:left="23"/>
        <w:jc w:val="both"/>
        <w:rPr>
          <w:rFonts w:ascii="Calibri Light"/>
          <w:color w:val="2E5395"/>
          <w:sz w:val="32"/>
        </w:rPr>
      </w:pPr>
    </w:p>
    <w:p w14:paraId="4D945692" w14:textId="79D7D4E1" w:rsidR="00DC7EF4" w:rsidRDefault="00DC7EF4" w:rsidP="00DC7EF4">
      <w:pPr>
        <w:spacing w:before="231"/>
        <w:ind w:left="23"/>
        <w:jc w:val="both"/>
        <w:rPr>
          <w:rFonts w:ascii="Calibri Light"/>
          <w:sz w:val="32"/>
        </w:rPr>
      </w:pPr>
      <w:r>
        <w:rPr>
          <w:rFonts w:ascii="Calibri Light"/>
          <w:color w:val="2E5395"/>
          <w:sz w:val="32"/>
        </w:rPr>
        <w:t>Author</w:t>
      </w:r>
      <w:r>
        <w:rPr>
          <w:rFonts w:ascii="Calibri Light"/>
          <w:color w:val="2E5395"/>
          <w:spacing w:val="-4"/>
          <w:sz w:val="32"/>
        </w:rPr>
        <w:t xml:space="preserve"> </w:t>
      </w:r>
      <w:r>
        <w:rPr>
          <w:rFonts w:ascii="Calibri Light"/>
          <w:color w:val="2E5395"/>
          <w:sz w:val="32"/>
        </w:rPr>
        <w:t>Ethical</w:t>
      </w:r>
      <w:r>
        <w:rPr>
          <w:rFonts w:ascii="Calibri Light"/>
          <w:color w:val="2E5395"/>
          <w:spacing w:val="-2"/>
          <w:sz w:val="32"/>
        </w:rPr>
        <w:t xml:space="preserve"> Declaration</w:t>
      </w:r>
    </w:p>
    <w:p w14:paraId="4ECA0457" w14:textId="77777777" w:rsidR="00DC7EF4" w:rsidRDefault="00DC7EF4" w:rsidP="00DC7EF4">
      <w:pPr>
        <w:pStyle w:val="BodyText"/>
        <w:spacing w:before="31"/>
        <w:ind w:left="23"/>
      </w:pPr>
      <w:r>
        <w:t>By</w:t>
      </w:r>
      <w:r>
        <w:rPr>
          <w:spacing w:val="-4"/>
        </w:rPr>
        <w:t xml:space="preserve"> </w:t>
      </w:r>
      <w:r>
        <w:t>submitting</w:t>
      </w:r>
      <w:r>
        <w:rPr>
          <w:spacing w:val="-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manuscript,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undersigned</w:t>
      </w:r>
      <w:r>
        <w:rPr>
          <w:spacing w:val="-4"/>
        </w:rPr>
        <w:t xml:space="preserve"> </w:t>
      </w:r>
      <w:r>
        <w:t>author(s)</w:t>
      </w:r>
      <w:r>
        <w:rPr>
          <w:spacing w:val="-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declare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confirm</w:t>
      </w:r>
      <w:r>
        <w:rPr>
          <w:spacing w:val="-1"/>
        </w:rPr>
        <w:t xml:space="preserve"> </w:t>
      </w:r>
      <w:r>
        <w:rPr>
          <w:spacing w:val="-2"/>
        </w:rPr>
        <w:t>that:</w:t>
      </w:r>
    </w:p>
    <w:p w14:paraId="37156DA0" w14:textId="77777777" w:rsidR="00DC7EF4" w:rsidRDefault="00DC7EF4" w:rsidP="00DC7EF4">
      <w:pPr>
        <w:pStyle w:val="ListParagraph"/>
        <w:widowControl w:val="0"/>
        <w:numPr>
          <w:ilvl w:val="0"/>
          <w:numId w:val="10"/>
        </w:numPr>
        <w:tabs>
          <w:tab w:val="left" w:pos="288"/>
        </w:tabs>
        <w:autoSpaceDE w:val="0"/>
        <w:autoSpaceDN w:val="0"/>
        <w:spacing w:after="0" w:line="240" w:lineRule="auto"/>
        <w:ind w:left="288" w:hanging="265"/>
        <w:contextualSpacing w:val="0"/>
        <w:jc w:val="both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manuscript</w:t>
      </w:r>
      <w:r>
        <w:rPr>
          <w:spacing w:val="-1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original,</w:t>
      </w:r>
      <w:r>
        <w:rPr>
          <w:spacing w:val="-3"/>
          <w:sz w:val="24"/>
        </w:rPr>
        <w:t xml:space="preserve"> </w:t>
      </w:r>
      <w:r>
        <w:rPr>
          <w:sz w:val="24"/>
        </w:rPr>
        <w:t>unpublished,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1"/>
          <w:sz w:val="24"/>
        </w:rPr>
        <w:t xml:space="preserve"> </w:t>
      </w:r>
      <w:r>
        <w:rPr>
          <w:sz w:val="24"/>
        </w:rPr>
        <w:t>not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under</w:t>
      </w:r>
      <w:r>
        <w:rPr>
          <w:spacing w:val="-2"/>
          <w:sz w:val="24"/>
        </w:rPr>
        <w:t xml:space="preserve"> </w:t>
      </w:r>
      <w:r>
        <w:rPr>
          <w:sz w:val="24"/>
        </w:rPr>
        <w:t>review</w:t>
      </w:r>
      <w:r>
        <w:rPr>
          <w:spacing w:val="-2"/>
          <w:sz w:val="24"/>
        </w:rPr>
        <w:t xml:space="preserve"> elsewhere.</w:t>
      </w:r>
    </w:p>
    <w:p w14:paraId="4C1B5BCE" w14:textId="77777777" w:rsidR="00DC7EF4" w:rsidRDefault="00DC7EF4" w:rsidP="00DC7EF4">
      <w:pPr>
        <w:pStyle w:val="ListParagraph"/>
        <w:widowControl w:val="0"/>
        <w:numPr>
          <w:ilvl w:val="0"/>
          <w:numId w:val="10"/>
        </w:numPr>
        <w:tabs>
          <w:tab w:val="left" w:pos="285"/>
        </w:tabs>
        <w:autoSpaceDE w:val="0"/>
        <w:autoSpaceDN w:val="0"/>
        <w:spacing w:after="0" w:line="240" w:lineRule="auto"/>
        <w:ind w:left="22" w:right="305" w:firstLine="0"/>
        <w:contextualSpacing w:val="0"/>
        <w:jc w:val="both"/>
        <w:rPr>
          <w:sz w:val="24"/>
        </w:rPr>
      </w:pP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manuscript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comply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6"/>
          <w:sz w:val="24"/>
        </w:rPr>
        <w:t xml:space="preserve"> </w:t>
      </w:r>
      <w:r>
        <w:rPr>
          <w:sz w:val="24"/>
        </w:rPr>
        <w:t>plagiarism</w:t>
      </w:r>
      <w:r>
        <w:rPr>
          <w:spacing w:val="-6"/>
          <w:sz w:val="24"/>
        </w:rPr>
        <w:t xml:space="preserve"> </w:t>
      </w:r>
      <w:r>
        <w:rPr>
          <w:sz w:val="24"/>
        </w:rPr>
        <w:t>limits,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similarity</w:t>
      </w:r>
      <w:r>
        <w:rPr>
          <w:spacing w:val="-6"/>
          <w:sz w:val="24"/>
        </w:rPr>
        <w:t xml:space="preserve"> </w:t>
      </w:r>
      <w:r>
        <w:rPr>
          <w:sz w:val="24"/>
        </w:rPr>
        <w:t>index</w:t>
      </w:r>
      <w:r>
        <w:rPr>
          <w:spacing w:val="-5"/>
          <w:sz w:val="24"/>
        </w:rPr>
        <w:t xml:space="preserve"> </w:t>
      </w:r>
      <w:r>
        <w:rPr>
          <w:sz w:val="24"/>
        </w:rPr>
        <w:t>will</w:t>
      </w:r>
      <w:r>
        <w:rPr>
          <w:spacing w:val="-6"/>
          <w:sz w:val="24"/>
        </w:rPr>
        <w:t xml:space="preserve"> </w:t>
      </w:r>
      <w:r>
        <w:rPr>
          <w:sz w:val="24"/>
        </w:rPr>
        <w:t>not</w:t>
      </w:r>
      <w:r>
        <w:rPr>
          <w:spacing w:val="-7"/>
          <w:sz w:val="24"/>
        </w:rPr>
        <w:t xml:space="preserve"> </w:t>
      </w:r>
      <w:r>
        <w:rPr>
          <w:sz w:val="24"/>
        </w:rPr>
        <w:t>exceed 15%</w:t>
      </w:r>
      <w:r>
        <w:rPr>
          <w:b/>
          <w:sz w:val="24"/>
        </w:rPr>
        <w:t xml:space="preserve">, </w:t>
      </w:r>
      <w:r>
        <w:rPr>
          <w:sz w:val="24"/>
        </w:rPr>
        <w:t>excluding references, citations, and commonly used methodological descriptions.</w:t>
      </w:r>
    </w:p>
    <w:p w14:paraId="509DCF04" w14:textId="77777777" w:rsidR="00DC7EF4" w:rsidRDefault="00DC7EF4" w:rsidP="00DC7EF4">
      <w:pPr>
        <w:pStyle w:val="ListParagraph"/>
        <w:widowControl w:val="0"/>
        <w:numPr>
          <w:ilvl w:val="0"/>
          <w:numId w:val="10"/>
        </w:numPr>
        <w:tabs>
          <w:tab w:val="left" w:pos="289"/>
        </w:tabs>
        <w:autoSpaceDE w:val="0"/>
        <w:autoSpaceDN w:val="0"/>
        <w:spacing w:after="0" w:line="240" w:lineRule="auto"/>
        <w:ind w:left="22" w:right="304" w:firstLine="0"/>
        <w:contextualSpacing w:val="0"/>
        <w:jc w:val="both"/>
        <w:rPr>
          <w:sz w:val="24"/>
        </w:rPr>
      </w:pPr>
      <w:r>
        <w:rPr>
          <w:sz w:val="24"/>
        </w:rPr>
        <w:t>All</w:t>
      </w:r>
      <w:r>
        <w:rPr>
          <w:spacing w:val="-2"/>
          <w:sz w:val="24"/>
        </w:rPr>
        <w:t xml:space="preserve"> </w:t>
      </w:r>
      <w:r>
        <w:rPr>
          <w:sz w:val="24"/>
        </w:rPr>
        <w:t>data,</w:t>
      </w:r>
      <w:r>
        <w:rPr>
          <w:spacing w:val="-5"/>
          <w:sz w:val="24"/>
        </w:rPr>
        <w:t xml:space="preserve"> </w:t>
      </w:r>
      <w:r>
        <w:rPr>
          <w:sz w:val="24"/>
        </w:rPr>
        <w:t>figures,</w:t>
      </w:r>
      <w:r>
        <w:rPr>
          <w:spacing w:val="-3"/>
          <w:sz w:val="24"/>
        </w:rPr>
        <w:t xml:space="preserve"> </w:t>
      </w:r>
      <w:r>
        <w:rPr>
          <w:sz w:val="24"/>
        </w:rPr>
        <w:t>tables,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results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accurate,</w:t>
      </w:r>
      <w:r>
        <w:rPr>
          <w:spacing w:val="-2"/>
          <w:sz w:val="24"/>
        </w:rPr>
        <w:t xml:space="preserve"> </w:t>
      </w:r>
      <w:r>
        <w:rPr>
          <w:sz w:val="24"/>
        </w:rPr>
        <w:t>authentic,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ethically</w:t>
      </w:r>
      <w:r>
        <w:rPr>
          <w:spacing w:val="-2"/>
          <w:sz w:val="24"/>
        </w:rPr>
        <w:t xml:space="preserve"> </w:t>
      </w:r>
      <w:r>
        <w:rPr>
          <w:sz w:val="24"/>
        </w:rPr>
        <w:t>obtained</w:t>
      </w:r>
      <w:r>
        <w:rPr>
          <w:b/>
          <w:sz w:val="24"/>
        </w:rPr>
        <w:t>,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with no fabrication, falsification, or inappropriate manipulation.</w:t>
      </w:r>
    </w:p>
    <w:p w14:paraId="511BBCD8" w14:textId="77777777" w:rsidR="00DC7EF4" w:rsidRDefault="00DC7EF4" w:rsidP="00DC7EF4">
      <w:pPr>
        <w:pStyle w:val="ListParagraph"/>
        <w:widowControl w:val="0"/>
        <w:numPr>
          <w:ilvl w:val="0"/>
          <w:numId w:val="10"/>
        </w:numPr>
        <w:tabs>
          <w:tab w:val="left" w:pos="290"/>
        </w:tabs>
        <w:autoSpaceDE w:val="0"/>
        <w:autoSpaceDN w:val="0"/>
        <w:spacing w:after="0" w:line="240" w:lineRule="auto"/>
        <w:ind w:right="305" w:firstLine="0"/>
        <w:contextualSpacing w:val="0"/>
        <w:jc w:val="both"/>
        <w:rPr>
          <w:b/>
          <w:sz w:val="24"/>
        </w:rPr>
      </w:pPr>
      <w:r>
        <w:rPr>
          <w:sz w:val="24"/>
        </w:rPr>
        <w:t>All</w:t>
      </w:r>
      <w:r>
        <w:rPr>
          <w:spacing w:val="-1"/>
          <w:sz w:val="24"/>
        </w:rPr>
        <w:t xml:space="preserve"> </w:t>
      </w:r>
      <w:r>
        <w:rPr>
          <w:sz w:val="24"/>
        </w:rPr>
        <w:t>listed</w:t>
      </w:r>
      <w:r>
        <w:rPr>
          <w:spacing w:val="-2"/>
          <w:sz w:val="24"/>
        </w:rPr>
        <w:t xml:space="preserve"> </w:t>
      </w:r>
      <w:r>
        <w:rPr>
          <w:sz w:val="24"/>
        </w:rPr>
        <w:t>authors</w:t>
      </w:r>
      <w:r>
        <w:rPr>
          <w:spacing w:val="-1"/>
          <w:sz w:val="24"/>
        </w:rPr>
        <w:t xml:space="preserve"> </w:t>
      </w:r>
      <w:r>
        <w:rPr>
          <w:sz w:val="24"/>
        </w:rPr>
        <w:t>will</w:t>
      </w:r>
      <w:r>
        <w:rPr>
          <w:spacing w:val="-1"/>
          <w:sz w:val="24"/>
        </w:rPr>
        <w:t xml:space="preserve"> </w:t>
      </w:r>
      <w:r>
        <w:rPr>
          <w:sz w:val="24"/>
        </w:rPr>
        <w:t>have</w:t>
      </w:r>
      <w:r>
        <w:rPr>
          <w:spacing w:val="-1"/>
          <w:sz w:val="24"/>
        </w:rPr>
        <w:t xml:space="preserve"> </w:t>
      </w:r>
      <w:r>
        <w:rPr>
          <w:sz w:val="24"/>
        </w:rPr>
        <w:t>made</w:t>
      </w:r>
      <w:r>
        <w:rPr>
          <w:spacing w:val="-1"/>
          <w:sz w:val="24"/>
        </w:rPr>
        <w:t xml:space="preserve"> </w:t>
      </w:r>
      <w:r>
        <w:rPr>
          <w:sz w:val="24"/>
        </w:rPr>
        <w:t>significant</w:t>
      </w:r>
      <w:r>
        <w:rPr>
          <w:spacing w:val="-1"/>
          <w:sz w:val="24"/>
        </w:rPr>
        <w:t xml:space="preserve"> </w:t>
      </w:r>
      <w:r>
        <w:rPr>
          <w:sz w:val="24"/>
        </w:rPr>
        <w:t>intellectual</w:t>
      </w:r>
      <w:r>
        <w:rPr>
          <w:spacing w:val="-1"/>
          <w:sz w:val="24"/>
        </w:rPr>
        <w:t xml:space="preserve"> </w:t>
      </w:r>
      <w:r>
        <w:rPr>
          <w:sz w:val="24"/>
        </w:rPr>
        <w:t>contributions,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ghost,</w:t>
      </w:r>
      <w:r>
        <w:rPr>
          <w:spacing w:val="-1"/>
          <w:sz w:val="24"/>
        </w:rPr>
        <w:t xml:space="preserve"> </w:t>
      </w:r>
      <w:r>
        <w:rPr>
          <w:sz w:val="24"/>
        </w:rPr>
        <w:t>guest, or honorary authorship will be included</w:t>
      </w:r>
      <w:r>
        <w:rPr>
          <w:b/>
          <w:sz w:val="24"/>
        </w:rPr>
        <w:t>.</w:t>
      </w:r>
    </w:p>
    <w:p w14:paraId="302895FE" w14:textId="77777777" w:rsidR="00DC7EF4" w:rsidRDefault="00DC7EF4" w:rsidP="00DC7EF4">
      <w:pPr>
        <w:pStyle w:val="ListParagraph"/>
        <w:widowControl w:val="0"/>
        <w:numPr>
          <w:ilvl w:val="0"/>
          <w:numId w:val="10"/>
        </w:numPr>
        <w:tabs>
          <w:tab w:val="left" w:pos="309"/>
        </w:tabs>
        <w:autoSpaceDE w:val="0"/>
        <w:autoSpaceDN w:val="0"/>
        <w:spacing w:after="0" w:line="240" w:lineRule="auto"/>
        <w:ind w:right="303" w:firstLine="0"/>
        <w:contextualSpacing w:val="0"/>
        <w:jc w:val="both"/>
        <w:rPr>
          <w:b/>
          <w:sz w:val="24"/>
        </w:rPr>
      </w:pPr>
      <w:r>
        <w:rPr>
          <w:sz w:val="24"/>
        </w:rPr>
        <w:t>Any use of AI-assisted tools (e.g., language editing, grammar correction) will be ethical, transparent, and limited, and will not replace scientific reasoning, data interpretation, or intellectual authorship</w:t>
      </w:r>
      <w:r>
        <w:rPr>
          <w:b/>
          <w:sz w:val="24"/>
        </w:rPr>
        <w:t>.</w:t>
      </w:r>
    </w:p>
    <w:p w14:paraId="200EFDDA" w14:textId="77777777" w:rsidR="00DC7EF4" w:rsidRDefault="00DC7EF4" w:rsidP="00DC7EF4">
      <w:pPr>
        <w:pStyle w:val="ListParagraph"/>
        <w:widowControl w:val="0"/>
        <w:numPr>
          <w:ilvl w:val="0"/>
          <w:numId w:val="10"/>
        </w:numPr>
        <w:tabs>
          <w:tab w:val="left" w:pos="312"/>
        </w:tabs>
        <w:autoSpaceDE w:val="0"/>
        <w:autoSpaceDN w:val="0"/>
        <w:spacing w:after="0" w:line="240" w:lineRule="auto"/>
        <w:ind w:right="304" w:firstLine="0"/>
        <w:contextualSpacing w:val="0"/>
        <w:jc w:val="both"/>
        <w:rPr>
          <w:b/>
          <w:sz w:val="24"/>
        </w:rPr>
      </w:pPr>
      <w:r>
        <w:rPr>
          <w:sz w:val="24"/>
        </w:rPr>
        <w:t xml:space="preserve">All funding sources, institutional support, and potential conflicts of interest will be fully </w:t>
      </w:r>
      <w:r>
        <w:rPr>
          <w:spacing w:val="-2"/>
          <w:sz w:val="24"/>
        </w:rPr>
        <w:t>disclosed</w:t>
      </w:r>
      <w:r>
        <w:rPr>
          <w:b/>
          <w:spacing w:val="-2"/>
          <w:sz w:val="24"/>
        </w:rPr>
        <w:t>.</w:t>
      </w:r>
    </w:p>
    <w:p w14:paraId="7A2D6018" w14:textId="77777777" w:rsidR="00DC7EF4" w:rsidRDefault="00DC7EF4" w:rsidP="00DC7EF4">
      <w:pPr>
        <w:pStyle w:val="ListParagraph"/>
        <w:widowControl w:val="0"/>
        <w:numPr>
          <w:ilvl w:val="0"/>
          <w:numId w:val="10"/>
        </w:numPr>
        <w:tabs>
          <w:tab w:val="left" w:pos="338"/>
        </w:tabs>
        <w:autoSpaceDE w:val="0"/>
        <w:autoSpaceDN w:val="0"/>
        <w:spacing w:after="0" w:line="240" w:lineRule="auto"/>
        <w:ind w:right="303" w:firstLine="0"/>
        <w:contextualSpacing w:val="0"/>
        <w:jc w:val="both"/>
        <w:rPr>
          <w:b/>
          <w:sz w:val="24"/>
        </w:rPr>
      </w:pPr>
      <w:r>
        <w:rPr>
          <w:sz w:val="24"/>
        </w:rPr>
        <w:t>The manuscript will comply with COPE ethical standards and the publication quality requirements of Scopus and Web of Science (</w:t>
      </w:r>
      <w:proofErr w:type="spellStart"/>
      <w:r>
        <w:rPr>
          <w:sz w:val="24"/>
        </w:rPr>
        <w:t>WoS</w:t>
      </w:r>
      <w:proofErr w:type="spellEnd"/>
      <w:r>
        <w:rPr>
          <w:sz w:val="24"/>
        </w:rPr>
        <w:t>)</w:t>
      </w:r>
      <w:r>
        <w:rPr>
          <w:b/>
          <w:sz w:val="24"/>
        </w:rPr>
        <w:t>.</w:t>
      </w:r>
    </w:p>
    <w:p w14:paraId="39CC78FF" w14:textId="77777777" w:rsidR="00DC7EF4" w:rsidRDefault="00DC7EF4" w:rsidP="00DC7EF4">
      <w:pPr>
        <w:pStyle w:val="BodyText"/>
        <w:ind w:left="22" w:right="303"/>
      </w:pPr>
      <w:r>
        <w:t xml:space="preserve">The author(s) acknowledge that violation of these declarations may result in rejection, withdrawal, or post-publication corrective actions, in accordance with publication ethics </w:t>
      </w:r>
      <w:r>
        <w:rPr>
          <w:spacing w:val="-2"/>
        </w:rPr>
        <w:t>policies.</w:t>
      </w:r>
    </w:p>
    <w:p w14:paraId="744AA746" w14:textId="77777777" w:rsidR="00DC7EF4" w:rsidRDefault="00DC7EF4" w:rsidP="00DC7EF4">
      <w:pPr>
        <w:spacing w:before="268"/>
        <w:ind w:left="23"/>
        <w:jc w:val="both"/>
        <w:rPr>
          <w:rFonts w:ascii="Calibri"/>
          <w:color w:val="2E5395"/>
          <w:spacing w:val="-2"/>
          <w:sz w:val="28"/>
        </w:rPr>
      </w:pPr>
      <w:bookmarkStart w:id="5" w:name="Signature_of_Corresponding_Author:"/>
      <w:bookmarkEnd w:id="5"/>
      <w:r>
        <w:rPr>
          <w:rFonts w:ascii="Calibri"/>
          <w:color w:val="2E5395"/>
          <w:sz w:val="28"/>
        </w:rPr>
        <w:t>Signature</w:t>
      </w:r>
      <w:r>
        <w:rPr>
          <w:rFonts w:ascii="Calibri"/>
          <w:color w:val="2E5395"/>
          <w:spacing w:val="-13"/>
          <w:sz w:val="28"/>
        </w:rPr>
        <w:t xml:space="preserve"> </w:t>
      </w:r>
      <w:r>
        <w:rPr>
          <w:rFonts w:ascii="Calibri"/>
          <w:color w:val="2E5395"/>
          <w:sz w:val="28"/>
        </w:rPr>
        <w:t>of</w:t>
      </w:r>
      <w:r>
        <w:rPr>
          <w:rFonts w:ascii="Calibri"/>
          <w:color w:val="2E5395"/>
          <w:spacing w:val="-13"/>
          <w:sz w:val="28"/>
        </w:rPr>
        <w:t xml:space="preserve"> </w:t>
      </w:r>
      <w:r>
        <w:rPr>
          <w:rFonts w:ascii="Calibri"/>
          <w:color w:val="2E5395"/>
          <w:sz w:val="28"/>
        </w:rPr>
        <w:t>Corresponding</w:t>
      </w:r>
      <w:r>
        <w:rPr>
          <w:rFonts w:ascii="Calibri"/>
          <w:color w:val="2E5395"/>
          <w:spacing w:val="-13"/>
          <w:sz w:val="28"/>
        </w:rPr>
        <w:t xml:space="preserve"> </w:t>
      </w:r>
      <w:r>
        <w:rPr>
          <w:rFonts w:ascii="Calibri"/>
          <w:color w:val="2E5395"/>
          <w:spacing w:val="-2"/>
          <w:sz w:val="28"/>
        </w:rPr>
        <w:t>Author:</w:t>
      </w:r>
    </w:p>
    <w:p w14:paraId="4A487654" w14:textId="77777777" w:rsidR="00DC7EF4" w:rsidRDefault="00DC7EF4" w:rsidP="00DC7EF4">
      <w:pPr>
        <w:spacing w:before="268"/>
        <w:ind w:left="23"/>
        <w:jc w:val="both"/>
        <w:rPr>
          <w:rFonts w:ascii="Calibri"/>
          <w:sz w:val="28"/>
        </w:rPr>
      </w:pPr>
    </w:p>
    <w:p w14:paraId="6F00240F" w14:textId="77777777" w:rsidR="00DC7EF4" w:rsidRDefault="00DC7EF4" w:rsidP="00DC7EF4">
      <w:pPr>
        <w:pStyle w:val="BodyText"/>
        <w:spacing w:before="6"/>
        <w:rPr>
          <w:rFonts w:ascii="Calibri"/>
          <w:sz w:val="13"/>
        </w:rPr>
      </w:pPr>
      <w:r>
        <w:rPr>
          <w:rFonts w:ascii="Calibri"/>
          <w:noProof/>
          <w:sz w:val="13"/>
          <w:lang w:val="en-IN" w:eastAsia="en-IN"/>
        </w:rPr>
        <mc:AlternateContent>
          <mc:Choice Requires="wpg">
            <w:drawing>
              <wp:anchor distT="0" distB="0" distL="0" distR="0" simplePos="0" relativeHeight="251665408" behindDoc="1" locked="0" layoutInCell="1" allowOverlap="1" wp14:anchorId="538D628F" wp14:editId="720AE1A3">
                <wp:simplePos x="0" y="0"/>
                <wp:positionH relativeFrom="page">
                  <wp:posOffset>914400</wp:posOffset>
                </wp:positionH>
                <wp:positionV relativeFrom="paragraph">
                  <wp:posOffset>120208</wp:posOffset>
                </wp:positionV>
                <wp:extent cx="5732145" cy="19050"/>
                <wp:effectExtent l="0" t="0" r="0" b="0"/>
                <wp:wrapTopAndBottom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2145" cy="19050"/>
                          <a:chOff x="0" y="0"/>
                          <a:chExt cx="5732145" cy="19050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0" y="0"/>
                            <a:ext cx="573151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1510" h="19050">
                                <a:moveTo>
                                  <a:pt x="5731497" y="0"/>
                                </a:moveTo>
                                <a:lnTo>
                                  <a:pt x="5728703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0" y="19050"/>
                                </a:lnTo>
                                <a:lnTo>
                                  <a:pt x="5731497" y="19050"/>
                                </a:lnTo>
                                <a:lnTo>
                                  <a:pt x="57314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728715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0" y="0"/>
                            <a:ext cx="573214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2145" h="1651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002"/>
                                </a:lnTo>
                                <a:lnTo>
                                  <a:pt x="3048" y="16002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732145" h="16510">
                                <a:moveTo>
                                  <a:pt x="5731764" y="0"/>
                                </a:moveTo>
                                <a:lnTo>
                                  <a:pt x="5728716" y="0"/>
                                </a:lnTo>
                                <a:lnTo>
                                  <a:pt x="5728716" y="3048"/>
                                </a:lnTo>
                                <a:lnTo>
                                  <a:pt x="5731764" y="3048"/>
                                </a:lnTo>
                                <a:lnTo>
                                  <a:pt x="5731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5728715" y="3047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"/>
                                </a:lnTo>
                                <a:lnTo>
                                  <a:pt x="3048" y="12953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0" y="1600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0" y="16014"/>
                            <a:ext cx="573214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2145" h="3175">
                                <a:moveTo>
                                  <a:pt x="5728703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728703" y="3035"/>
                                </a:lnTo>
                                <a:lnTo>
                                  <a:pt x="5728703" y="0"/>
                                </a:lnTo>
                                <a:close/>
                              </a:path>
                              <a:path w="5732145" h="3175">
                                <a:moveTo>
                                  <a:pt x="5731764" y="0"/>
                                </a:moveTo>
                                <a:lnTo>
                                  <a:pt x="5728716" y="0"/>
                                </a:lnTo>
                                <a:lnTo>
                                  <a:pt x="5728716" y="3035"/>
                                </a:lnTo>
                                <a:lnTo>
                                  <a:pt x="5731764" y="3035"/>
                                </a:lnTo>
                                <a:lnTo>
                                  <a:pt x="5731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F3604E" id="Group 45" o:spid="_x0000_s1026" style="position:absolute;margin-left:1in;margin-top:9.45pt;width:451.35pt;height:1.5pt;z-index:-251651072;mso-wrap-distance-left:0;mso-wrap-distance-right:0;mso-position-horizontal-relative:page" coordsize="57321,1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">
                <v:shape id="Graphic 46" o:spid="_x0000_s1027" style="position:absolute;width:57315;height:190;visibility:visible;mso-wrap-style:square;v-text-anchor:top" coordsize="5731510,190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" path="m5731497,r-2794,l3048,,,,,3048,,19050r5731497,l5731497,xe" fillcolor="#9f9f9f" stroked="f">
                  <v:path arrowok="t"/>
                </v:shape>
                <v:shape id="Graphic 47" o:spid="_x0000_s1028" style="position:absolute;left:57287;width:31;height:31;visibility:visible;mso-wrap-style:square;v-text-anchor:top" coordsize="3175,3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" path="m3048,l,,,3047r3048,l3048,xe" fillcolor="#e2e2e2" stroked="f">
                  <v:path arrowok="t"/>
                </v:shape>
                <v:shape id="Graphic 48" o:spid="_x0000_s1029" style="position:absolute;width:57321;height:165;visibility:visible;mso-wrap-style:square;v-text-anchor:top" coordsize="5732145,165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" path="m3048,3048l,3048,,16002r3048,l3048,3048xem5731764,r-3048,l5728716,3048r3048,l5731764,xe" fillcolor="#9f9f9f" stroked="f">
                  <v:path arrowok="t"/>
                </v:shape>
                <v:shape id="Graphic 49" o:spid="_x0000_s1030" style="position:absolute;left:57287;top:30;width:31;height:133;visibility:visible;mso-wrap-style:square;v-text-anchor:top" coordsize="3175,133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" path="m3048,l,,,12953r3048,l3048,xe" fillcolor="#e2e2e2" stroked="f">
                  <v:path arrowok="t"/>
                </v:shape>
                <v:shape id="Graphic 50" o:spid="_x0000_s1031" style="position:absolute;top:160;width:31;height:31;visibility:visible;mso-wrap-style:square;v-text-anchor:top" coordsize="3175,3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" path="m3047,l,,,3047r3047,l3047,xe" fillcolor="#9f9f9f" stroked="f">
                  <v:path arrowok="t"/>
                </v:shape>
                <v:shape id="Graphic 51" o:spid="_x0000_s1032" style="position:absolute;top:160;width:57321;height:31;visibility:visible;mso-wrap-style:square;v-text-anchor:top" coordsize="5732145,3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" path="m5728703,l3048,,,,,3035r3048,l5728703,3035r,-3035xem5731764,r-3048,l5728716,3035r3048,l5731764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3744869" w14:textId="77777777" w:rsidR="00DC7EF4" w:rsidRDefault="00DC7EF4" w:rsidP="00DC7EF4">
      <w:pPr>
        <w:spacing w:before="50"/>
        <w:ind w:left="23"/>
        <w:rPr>
          <w:rFonts w:ascii="Calibri"/>
          <w:sz w:val="28"/>
        </w:rPr>
      </w:pPr>
      <w:bookmarkStart w:id="6" w:name="Date:"/>
      <w:bookmarkEnd w:id="6"/>
      <w:r>
        <w:rPr>
          <w:rFonts w:ascii="Calibri"/>
          <w:color w:val="2E5395"/>
          <w:spacing w:val="-2"/>
          <w:sz w:val="28"/>
        </w:rPr>
        <w:t>Date:</w:t>
      </w:r>
    </w:p>
    <w:p w14:paraId="3032A866" w14:textId="17E0C55F" w:rsidR="00E70FEE" w:rsidRDefault="00E70FEE" w:rsidP="00E70FEE">
      <w:pPr>
        <w:spacing w:after="0"/>
        <w:jc w:val="center"/>
        <w:rPr>
          <w:rFonts w:ascii="Times New Roman" w:hAnsi="Times New Roman"/>
          <w:sz w:val="24"/>
        </w:rPr>
      </w:pPr>
    </w:p>
    <w:p w14:paraId="24E81DC3" w14:textId="77777777" w:rsidR="00E70FEE" w:rsidRDefault="00E70FEE" w:rsidP="00E70FEE">
      <w:pPr>
        <w:spacing w:after="0"/>
        <w:jc w:val="center"/>
        <w:rPr>
          <w:rFonts w:ascii="Times New Roman" w:hAnsi="Times New Roman"/>
          <w:sz w:val="24"/>
        </w:rPr>
      </w:pPr>
    </w:p>
    <w:p w14:paraId="304AD056" w14:textId="77777777" w:rsidR="00E70FEE" w:rsidRDefault="00E70FEE" w:rsidP="00E70FEE">
      <w:pPr>
        <w:spacing w:after="0"/>
        <w:jc w:val="center"/>
        <w:rPr>
          <w:rFonts w:ascii="Times New Roman" w:hAnsi="Times New Roman"/>
          <w:sz w:val="24"/>
        </w:rPr>
      </w:pPr>
    </w:p>
    <w:p w14:paraId="19974965" w14:textId="77777777" w:rsidR="00E70FEE" w:rsidRDefault="00E70FEE" w:rsidP="00E70FEE">
      <w:pPr>
        <w:spacing w:after="0"/>
        <w:jc w:val="center"/>
        <w:rPr>
          <w:rFonts w:ascii="Times New Roman" w:hAnsi="Times New Roman"/>
          <w:sz w:val="24"/>
        </w:rPr>
      </w:pPr>
    </w:p>
    <w:p w14:paraId="54A45DAC" w14:textId="77777777" w:rsidR="00E70FEE" w:rsidRDefault="00E70FEE" w:rsidP="00E70FEE">
      <w:pPr>
        <w:spacing w:after="0"/>
        <w:jc w:val="center"/>
        <w:rPr>
          <w:rFonts w:ascii="Times New Roman" w:hAnsi="Times New Roman"/>
          <w:sz w:val="24"/>
        </w:rPr>
      </w:pPr>
    </w:p>
    <w:p w14:paraId="67210998" w14:textId="77777777" w:rsidR="00E70FEE" w:rsidRDefault="00E70FEE" w:rsidP="00E70FEE">
      <w:pPr>
        <w:spacing w:after="0"/>
        <w:jc w:val="center"/>
        <w:rPr>
          <w:rFonts w:ascii="Times New Roman" w:hAnsi="Times New Roman"/>
          <w:sz w:val="24"/>
        </w:rPr>
      </w:pPr>
    </w:p>
    <w:p w14:paraId="3364A6C6" w14:textId="77777777" w:rsidR="00E70FEE" w:rsidRDefault="00E70FEE" w:rsidP="00E70FEE">
      <w:pPr>
        <w:spacing w:after="0"/>
        <w:jc w:val="center"/>
        <w:rPr>
          <w:rFonts w:ascii="Times New Roman" w:hAnsi="Times New Roman"/>
          <w:sz w:val="24"/>
        </w:rPr>
      </w:pPr>
    </w:p>
    <w:p w14:paraId="478830EF" w14:textId="77777777" w:rsidR="00E70FEE" w:rsidRDefault="00E70FEE" w:rsidP="00E70FEE">
      <w:pPr>
        <w:spacing w:after="0"/>
        <w:jc w:val="center"/>
        <w:rPr>
          <w:rFonts w:ascii="Times New Roman" w:hAnsi="Times New Roman"/>
          <w:sz w:val="24"/>
        </w:rPr>
      </w:pPr>
    </w:p>
    <w:p w14:paraId="3AFD76F7" w14:textId="77777777" w:rsidR="00E70FEE" w:rsidRDefault="00E70FEE" w:rsidP="00E70FEE">
      <w:pPr>
        <w:spacing w:after="0"/>
        <w:jc w:val="center"/>
        <w:rPr>
          <w:rFonts w:ascii="Times New Roman" w:hAnsi="Times New Roman"/>
          <w:sz w:val="24"/>
        </w:rPr>
      </w:pPr>
    </w:p>
    <w:p w14:paraId="5BFA3B0F" w14:textId="77777777" w:rsidR="00E70FEE" w:rsidRDefault="00E70FEE" w:rsidP="00E70FEE">
      <w:pPr>
        <w:spacing w:after="0"/>
        <w:jc w:val="center"/>
        <w:rPr>
          <w:rFonts w:ascii="Times New Roman" w:hAnsi="Times New Roman"/>
          <w:sz w:val="24"/>
        </w:rPr>
      </w:pPr>
    </w:p>
    <w:p w14:paraId="27908DB6" w14:textId="77777777" w:rsidR="00E70FEE" w:rsidRDefault="00E70FEE" w:rsidP="00E70FEE">
      <w:pPr>
        <w:spacing w:after="0"/>
        <w:jc w:val="center"/>
        <w:rPr>
          <w:rFonts w:ascii="Times New Roman" w:hAnsi="Times New Roman"/>
          <w:sz w:val="24"/>
        </w:rPr>
      </w:pPr>
    </w:p>
    <w:p w14:paraId="66CE9981" w14:textId="77777777" w:rsidR="00E70FEE" w:rsidRDefault="00E70FEE" w:rsidP="00E70FEE">
      <w:pPr>
        <w:spacing w:after="0"/>
        <w:jc w:val="center"/>
        <w:rPr>
          <w:rFonts w:ascii="Times New Roman" w:hAnsi="Times New Roman"/>
          <w:sz w:val="24"/>
        </w:rPr>
      </w:pPr>
    </w:p>
    <w:p w14:paraId="265E3975" w14:textId="77777777" w:rsidR="00E70FEE" w:rsidRDefault="00E70FEE" w:rsidP="00E70FEE">
      <w:pPr>
        <w:spacing w:after="0"/>
        <w:jc w:val="center"/>
        <w:rPr>
          <w:rFonts w:ascii="Times New Roman" w:hAnsi="Times New Roman"/>
          <w:sz w:val="24"/>
        </w:rPr>
      </w:pPr>
    </w:p>
    <w:p w14:paraId="2A7B0DC9" w14:textId="77777777" w:rsidR="00E70FEE" w:rsidRDefault="00E70FEE" w:rsidP="00E70FEE">
      <w:pPr>
        <w:spacing w:after="0"/>
        <w:jc w:val="center"/>
        <w:rPr>
          <w:rFonts w:ascii="Times New Roman" w:hAnsi="Times New Roman"/>
          <w:sz w:val="24"/>
        </w:rPr>
      </w:pPr>
    </w:p>
    <w:p w14:paraId="3FB66345" w14:textId="77777777" w:rsidR="00E70FEE" w:rsidRDefault="00E70FEE" w:rsidP="00E70FEE">
      <w:pPr>
        <w:spacing w:after="0"/>
        <w:jc w:val="center"/>
        <w:rPr>
          <w:rFonts w:ascii="Times New Roman" w:hAnsi="Times New Roman"/>
          <w:sz w:val="24"/>
        </w:rPr>
      </w:pPr>
    </w:p>
    <w:p w14:paraId="6B3DE106" w14:textId="77777777" w:rsidR="00E70FEE" w:rsidRDefault="00E70FEE" w:rsidP="00E70FEE">
      <w:pPr>
        <w:spacing w:after="0"/>
        <w:jc w:val="center"/>
      </w:pPr>
    </w:p>
    <w:sectPr w:rsidR="00E70FEE" w:rsidSect="00034616">
      <w:footerReference w:type="default" r:id="rId10"/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44658D1" w14:textId="77777777" w:rsidR="00A17677" w:rsidRDefault="00A17677">
      <w:pPr>
        <w:spacing w:after="0" w:line="240" w:lineRule="auto"/>
      </w:pPr>
      <w:r>
        <w:separator/>
      </w:r>
    </w:p>
  </w:endnote>
  <w:endnote w:type="continuationSeparator" w:id="0">
    <w:p w14:paraId="5AF8E5CE" w14:textId="77777777" w:rsidR="00A17677" w:rsidRDefault="00A17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F18981" w14:textId="77777777" w:rsidR="00EB74B8" w:rsidRDefault="00000000">
    <w:pPr>
      <w:pStyle w:val="Footer"/>
      <w:jc w:val="center"/>
    </w:pPr>
    <w:r>
      <w:rPr>
        <w:color w:val="5A5A5A"/>
        <w:sz w:val="17"/>
      </w:rPr>
      <w:t>Organized by Assam Don Bosco University in association with International House of Education (IHE)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C73B1F" w14:textId="77777777" w:rsidR="00A17677" w:rsidRDefault="00A17677">
      <w:pPr>
        <w:spacing w:after="0" w:line="240" w:lineRule="auto"/>
      </w:pPr>
      <w:r>
        <w:separator/>
      </w:r>
    </w:p>
  </w:footnote>
  <w:footnote w:type="continuationSeparator" w:id="0">
    <w:p w14:paraId="13C50EE4" w14:textId="77777777" w:rsidR="00A17677" w:rsidRDefault="00A176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C98021A"/>
    <w:multiLevelType w:val="hybridMultilevel"/>
    <w:tmpl w:val="7C7ADDDA"/>
    <w:lvl w:ilvl="0" w:tplc="88D8600E">
      <w:numFmt w:val="bullet"/>
      <w:lvlText w:val="☐"/>
      <w:lvlJc w:val="left"/>
      <w:pPr>
        <w:ind w:left="23" w:hanging="26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912594E">
      <w:numFmt w:val="bullet"/>
      <w:lvlText w:val="•"/>
      <w:lvlJc w:val="left"/>
      <w:pPr>
        <w:ind w:left="953" w:hanging="267"/>
      </w:pPr>
      <w:rPr>
        <w:rFonts w:hint="default"/>
        <w:lang w:val="en-US" w:eastAsia="en-US" w:bidi="ar-SA"/>
      </w:rPr>
    </w:lvl>
    <w:lvl w:ilvl="2" w:tplc="929E1E5E">
      <w:numFmt w:val="bullet"/>
      <w:lvlText w:val="•"/>
      <w:lvlJc w:val="left"/>
      <w:pPr>
        <w:ind w:left="1887" w:hanging="267"/>
      </w:pPr>
      <w:rPr>
        <w:rFonts w:hint="default"/>
        <w:lang w:val="en-US" w:eastAsia="en-US" w:bidi="ar-SA"/>
      </w:rPr>
    </w:lvl>
    <w:lvl w:ilvl="3" w:tplc="7F7C2994">
      <w:numFmt w:val="bullet"/>
      <w:lvlText w:val="•"/>
      <w:lvlJc w:val="left"/>
      <w:pPr>
        <w:ind w:left="2820" w:hanging="267"/>
      </w:pPr>
      <w:rPr>
        <w:rFonts w:hint="default"/>
        <w:lang w:val="en-US" w:eastAsia="en-US" w:bidi="ar-SA"/>
      </w:rPr>
    </w:lvl>
    <w:lvl w:ilvl="4" w:tplc="7F6CFA92">
      <w:numFmt w:val="bullet"/>
      <w:lvlText w:val="•"/>
      <w:lvlJc w:val="left"/>
      <w:pPr>
        <w:ind w:left="3754" w:hanging="267"/>
      </w:pPr>
      <w:rPr>
        <w:rFonts w:hint="default"/>
        <w:lang w:val="en-US" w:eastAsia="en-US" w:bidi="ar-SA"/>
      </w:rPr>
    </w:lvl>
    <w:lvl w:ilvl="5" w:tplc="72AC8E20">
      <w:numFmt w:val="bullet"/>
      <w:lvlText w:val="•"/>
      <w:lvlJc w:val="left"/>
      <w:pPr>
        <w:ind w:left="4688" w:hanging="267"/>
      </w:pPr>
      <w:rPr>
        <w:rFonts w:hint="default"/>
        <w:lang w:val="en-US" w:eastAsia="en-US" w:bidi="ar-SA"/>
      </w:rPr>
    </w:lvl>
    <w:lvl w:ilvl="6" w:tplc="053AFC3C">
      <w:numFmt w:val="bullet"/>
      <w:lvlText w:val="•"/>
      <w:lvlJc w:val="left"/>
      <w:pPr>
        <w:ind w:left="5621" w:hanging="267"/>
      </w:pPr>
      <w:rPr>
        <w:rFonts w:hint="default"/>
        <w:lang w:val="en-US" w:eastAsia="en-US" w:bidi="ar-SA"/>
      </w:rPr>
    </w:lvl>
    <w:lvl w:ilvl="7" w:tplc="189C74D4">
      <w:numFmt w:val="bullet"/>
      <w:lvlText w:val="•"/>
      <w:lvlJc w:val="left"/>
      <w:pPr>
        <w:ind w:left="6555" w:hanging="267"/>
      </w:pPr>
      <w:rPr>
        <w:rFonts w:hint="default"/>
        <w:lang w:val="en-US" w:eastAsia="en-US" w:bidi="ar-SA"/>
      </w:rPr>
    </w:lvl>
    <w:lvl w:ilvl="8" w:tplc="48F0700C">
      <w:numFmt w:val="bullet"/>
      <w:lvlText w:val="•"/>
      <w:lvlJc w:val="left"/>
      <w:pPr>
        <w:ind w:left="7489" w:hanging="267"/>
      </w:pPr>
      <w:rPr>
        <w:rFonts w:hint="default"/>
        <w:lang w:val="en-US" w:eastAsia="en-US" w:bidi="ar-SA"/>
      </w:rPr>
    </w:lvl>
  </w:abstractNum>
  <w:num w:numId="1" w16cid:durableId="2055503047">
    <w:abstractNumId w:val="8"/>
  </w:num>
  <w:num w:numId="2" w16cid:durableId="18818913">
    <w:abstractNumId w:val="6"/>
  </w:num>
  <w:num w:numId="3" w16cid:durableId="282814382">
    <w:abstractNumId w:val="5"/>
  </w:num>
  <w:num w:numId="4" w16cid:durableId="145556019">
    <w:abstractNumId w:val="4"/>
  </w:num>
  <w:num w:numId="5" w16cid:durableId="982199629">
    <w:abstractNumId w:val="7"/>
  </w:num>
  <w:num w:numId="6" w16cid:durableId="1638950931">
    <w:abstractNumId w:val="3"/>
  </w:num>
  <w:num w:numId="7" w16cid:durableId="1513489074">
    <w:abstractNumId w:val="2"/>
  </w:num>
  <w:num w:numId="8" w16cid:durableId="1803688153">
    <w:abstractNumId w:val="1"/>
  </w:num>
  <w:num w:numId="9" w16cid:durableId="2056345990">
    <w:abstractNumId w:val="0"/>
  </w:num>
  <w:num w:numId="10" w16cid:durableId="67192939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17677"/>
    <w:rsid w:val="00A71E48"/>
    <w:rsid w:val="00AA1D8D"/>
    <w:rsid w:val="00B47730"/>
    <w:rsid w:val="00CB0664"/>
    <w:rsid w:val="00DC7EF4"/>
    <w:rsid w:val="00E70FEE"/>
    <w:rsid w:val="00EB74B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65539E"/>
  <w14:defaultImageDpi w14:val="300"/>
  <w15:docId w15:val="{95DB2416-4C5A-FF42-B708-F3A52AB3A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1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ndNoteBibliography">
    <w:name w:val="EndNote Bibliography"/>
    <w:basedOn w:val="Normal"/>
    <w:link w:val="EndNoteBibliographyChar"/>
    <w:rsid w:val="00E70FEE"/>
    <w:pPr>
      <w:spacing w:line="240" w:lineRule="auto"/>
      <w:jc w:val="both"/>
    </w:pPr>
    <w:rPr>
      <w:rFonts w:ascii="Calibri" w:eastAsia="SimSun" w:hAnsi="Calibri" w:cs="Times New Roman"/>
      <w:noProof/>
      <w:lang w:val="en-SG" w:eastAsia="zh-CN"/>
    </w:rPr>
  </w:style>
  <w:style w:type="character" w:customStyle="1" w:styleId="EndNoteBibliographyChar">
    <w:name w:val="EndNote Bibliography Char"/>
    <w:link w:val="EndNoteBibliography"/>
    <w:rsid w:val="00E70FEE"/>
    <w:rPr>
      <w:rFonts w:ascii="Calibri" w:eastAsia="SimSun" w:hAnsi="Calibri" w:cs="Times New Roman"/>
      <w:noProof/>
      <w:lang w:val="en-SG" w:eastAsia="zh-CN"/>
    </w:rPr>
  </w:style>
  <w:style w:type="paragraph" w:styleId="NormalWeb">
    <w:name w:val="Normal (Web)"/>
    <w:basedOn w:val="Normal"/>
    <w:uiPriority w:val="99"/>
    <w:unhideWhenUsed/>
    <w:rsid w:val="00E70FEE"/>
    <w:pPr>
      <w:spacing w:after="0" w:line="240" w:lineRule="auto"/>
    </w:pPr>
    <w:rPr>
      <w:rFonts w:ascii="SimSun" w:eastAsia="SimSun" w:hAnsi="SimSun" w:cs="SimSun"/>
      <w:sz w:val="24"/>
      <w:szCs w:val="24"/>
      <w:lang w:val="en-SG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Ashwin C Gowda</cp:lastModifiedBy>
  <cp:revision>2</cp:revision>
  <dcterms:created xsi:type="dcterms:W3CDTF">2026-08-13T06:43:00Z</dcterms:created>
  <dcterms:modified xsi:type="dcterms:W3CDTF">2026-08-13T06:43:00Z</dcterms:modified>
  <cp:category/>
</cp:coreProperties>
</file>