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Layout w:type="fixed"/>
        <w:tblLook w:val="04A0" w:firstRow="1" w:lastRow="0" w:firstColumn="1" w:lastColumn="0" w:noHBand="0" w:noVBand="1"/>
      </w:tblPr>
      <w:tblGrid>
        <w:gridCol w:w="1944"/>
        <w:gridCol w:w="7992"/>
        <w:gridCol w:w="1944"/>
      </w:tblGrid>
      <w:tr w:rsidR="00EB74B8" w14:paraId="296E5BE2" w14:textId="77777777">
        <w:trPr>
          <w:jc w:val="center"/>
        </w:trPr>
        <w:tc>
          <w:tcPr>
            <w:tcW w:w="1944" w:type="dxa"/>
            <w:tcBorders>
              <w:top w:val="nil"/>
              <w:left w:val="nil"/>
              <w:bottom w:val="nil"/>
              <w:right w:val="nil"/>
            </w:tcBorders>
            <w:vAlign w:val="center"/>
          </w:tcPr>
          <w:p w14:paraId="26279498" w14:textId="77777777" w:rsidR="00EB74B8" w:rsidRDefault="00000000">
            <w:r>
              <w:rPr>
                <w:noProof/>
              </w:rPr>
              <w:drawing>
                <wp:inline distT="0" distB="0" distL="0" distR="0" wp14:anchorId="6185B805" wp14:editId="61F17DDE">
                  <wp:extent cx="1024128" cy="10519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n bosco assam .jpeg"/>
                          <pic:cNvPicPr/>
                        </pic:nvPicPr>
                        <pic:blipFill>
                          <a:blip r:embed="rId8"/>
                          <a:stretch>
                            <a:fillRect/>
                          </a:stretch>
                        </pic:blipFill>
                        <pic:spPr>
                          <a:xfrm>
                            <a:off x="0" y="0"/>
                            <a:ext cx="1024128" cy="1051995"/>
                          </a:xfrm>
                          <a:prstGeom prst="rect">
                            <a:avLst/>
                          </a:prstGeom>
                        </pic:spPr>
                      </pic:pic>
                    </a:graphicData>
                  </a:graphic>
                </wp:inline>
              </w:drawing>
            </w:r>
          </w:p>
        </w:tc>
        <w:tc>
          <w:tcPr>
            <w:tcW w:w="7992" w:type="dxa"/>
            <w:tcBorders>
              <w:top w:val="nil"/>
              <w:left w:val="nil"/>
              <w:bottom w:val="nil"/>
              <w:right w:val="nil"/>
            </w:tcBorders>
            <w:vAlign w:val="center"/>
          </w:tcPr>
          <w:p w14:paraId="577C64AF" w14:textId="77777777" w:rsidR="00EB74B8" w:rsidRDefault="00000000">
            <w:pPr>
              <w:spacing w:after="60"/>
              <w:jc w:val="center"/>
            </w:pPr>
            <w:r>
              <w:rPr>
                <w:rFonts w:ascii="Aptos Display" w:hAnsi="Aptos Display"/>
                <w:b/>
                <w:color w:val="143978"/>
                <w:sz w:val="42"/>
              </w:rPr>
              <w:t>International Conference on</w:t>
            </w:r>
            <w:r>
              <w:rPr>
                <w:rFonts w:ascii="Aptos Display" w:hAnsi="Aptos Display"/>
                <w:b/>
                <w:color w:val="143978"/>
                <w:sz w:val="42"/>
              </w:rPr>
              <w:br/>
            </w:r>
            <w:r>
              <w:rPr>
                <w:rFonts w:ascii="Aptos Display" w:hAnsi="Aptos Display"/>
                <w:b/>
                <w:color w:val="143978"/>
                <w:sz w:val="54"/>
              </w:rPr>
              <w:t>Intelligent Futures</w:t>
            </w:r>
            <w:r>
              <w:rPr>
                <w:b/>
                <w:color w:val="2D4B7D"/>
                <w:sz w:val="25"/>
              </w:rPr>
              <w:br/>
              <w:t>AI, Digital Trust, Sustainability and Global Innovation</w:t>
            </w:r>
          </w:p>
          <w:p w14:paraId="5A2F62C4" w14:textId="77777777" w:rsidR="00EB74B8" w:rsidRDefault="00000000">
            <w:pPr>
              <w:shd w:val="clear" w:color="auto" w:fill="173F7A"/>
              <w:spacing w:before="40"/>
              <w:jc w:val="center"/>
            </w:pPr>
            <w:r>
              <w:rPr>
                <w:b/>
                <w:color w:val="FFFFFF"/>
                <w:sz w:val="26"/>
              </w:rPr>
              <w:t>ICIF 2026</w:t>
            </w:r>
          </w:p>
        </w:tc>
        <w:tc>
          <w:tcPr>
            <w:tcW w:w="1944" w:type="dxa"/>
            <w:tcBorders>
              <w:top w:val="nil"/>
              <w:left w:val="nil"/>
              <w:bottom w:val="nil"/>
              <w:right w:val="nil"/>
            </w:tcBorders>
            <w:vAlign w:val="center"/>
          </w:tcPr>
          <w:p w14:paraId="66ECE732" w14:textId="77777777" w:rsidR="00EB74B8" w:rsidRDefault="00000000">
            <w:pPr>
              <w:jc w:val="right"/>
            </w:pPr>
            <w:r>
              <w:rPr>
                <w:noProof/>
              </w:rPr>
              <w:drawing>
                <wp:inline distT="0" distB="0" distL="0" distR="0" wp14:anchorId="087696A0" wp14:editId="487D3DF5">
                  <wp:extent cx="1024128" cy="100145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HE logo(3).jpg"/>
                          <pic:cNvPicPr/>
                        </pic:nvPicPr>
                        <pic:blipFill>
                          <a:blip r:embed="rId9"/>
                          <a:stretch>
                            <a:fillRect/>
                          </a:stretch>
                        </pic:blipFill>
                        <pic:spPr>
                          <a:xfrm>
                            <a:off x="0" y="0"/>
                            <a:ext cx="1024128" cy="1001454"/>
                          </a:xfrm>
                          <a:prstGeom prst="rect">
                            <a:avLst/>
                          </a:prstGeom>
                        </pic:spPr>
                      </pic:pic>
                    </a:graphicData>
                  </a:graphic>
                </wp:inline>
              </w:drawing>
            </w:r>
          </w:p>
        </w:tc>
      </w:tr>
    </w:tbl>
    <w:p w14:paraId="09C7A41A" w14:textId="77777777" w:rsidR="00EB74B8" w:rsidRDefault="00000000">
      <w:pPr>
        <w:spacing w:before="160" w:after="60"/>
        <w:jc w:val="center"/>
      </w:pPr>
      <w:r>
        <w:rPr>
          <w:b/>
          <w:color w:val="125B46"/>
          <w:sz w:val="30"/>
        </w:rPr>
        <w:t>3–4 November 2026</w:t>
      </w:r>
    </w:p>
    <w:p w14:paraId="4AEF395C" w14:textId="77777777" w:rsidR="00EB74B8" w:rsidRDefault="00000000">
      <w:pPr>
        <w:spacing w:after="160"/>
        <w:jc w:val="center"/>
      </w:pPr>
      <w:r>
        <w:rPr>
          <w:b/>
          <w:color w:val="373737"/>
          <w:sz w:val="25"/>
        </w:rPr>
        <w:t>Assam Don Bosco University, Guwahati, Assam, India</w:t>
      </w:r>
    </w:p>
    <w:p w14:paraId="567855F0" w14:textId="701815C0" w:rsidR="00EB74B8" w:rsidRDefault="00000000">
      <w:pPr>
        <w:spacing w:after="0"/>
        <w:jc w:val="center"/>
        <w:rPr>
          <w:color w:val="125B46"/>
          <w:sz w:val="16"/>
        </w:rPr>
      </w:pPr>
      <w:r>
        <w:rPr>
          <w:color w:val="125B46"/>
          <w:sz w:val="16"/>
        </w:rPr>
        <w:t>━━━━━━━━━━━━━━━━━━━━━━━━━━━━━━━━━━━━━━━━━━━━━━━━━━━━━━━━━━━━━━━━━━</w:t>
      </w:r>
    </w:p>
    <w:p w14:paraId="1A5A1382" w14:textId="77777777" w:rsidR="00E70FEE" w:rsidRDefault="00E70FEE">
      <w:pPr>
        <w:spacing w:after="0"/>
        <w:jc w:val="center"/>
        <w:rPr>
          <w:color w:val="125B46"/>
          <w:sz w:val="16"/>
        </w:rPr>
      </w:pPr>
      <w:bookmarkStart w:id="0" w:name="Ethical,_Indexing_Compliance,_and_Malpra"/>
      <w:bookmarkEnd w:id="0"/>
    </w:p>
    <w:p w14:paraId="00EC42C7" w14:textId="77777777" w:rsidR="005E43BF" w:rsidRDefault="005E43BF" w:rsidP="005E43BF">
      <w:pPr>
        <w:pStyle w:val="Heading1"/>
        <w:spacing w:before="40"/>
        <w:jc w:val="both"/>
      </w:pPr>
      <w:r>
        <w:t>Ethical,</w:t>
      </w:r>
      <w:r>
        <w:rPr>
          <w:spacing w:val="-6"/>
        </w:rPr>
        <w:t xml:space="preserve"> </w:t>
      </w:r>
      <w:r>
        <w:t>Indexing</w:t>
      </w:r>
      <w:r>
        <w:rPr>
          <w:spacing w:val="-3"/>
        </w:rPr>
        <w:t xml:space="preserve"> </w:t>
      </w:r>
      <w:r>
        <w:t>Compliance,</w:t>
      </w:r>
      <w:r>
        <w:rPr>
          <w:spacing w:val="-4"/>
        </w:rPr>
        <w:t xml:space="preserve"> </w:t>
      </w:r>
      <w:r>
        <w:t>and</w:t>
      </w:r>
      <w:r>
        <w:rPr>
          <w:spacing w:val="-3"/>
        </w:rPr>
        <w:t xml:space="preserve"> </w:t>
      </w:r>
      <w:r>
        <w:t>Malpractice</w:t>
      </w:r>
      <w:r>
        <w:rPr>
          <w:spacing w:val="-4"/>
        </w:rPr>
        <w:t xml:space="preserve"> </w:t>
      </w:r>
      <w:r>
        <w:t>Handling</w:t>
      </w:r>
      <w:r>
        <w:rPr>
          <w:spacing w:val="-3"/>
        </w:rPr>
        <w:t xml:space="preserve"> </w:t>
      </w:r>
      <w:r>
        <w:rPr>
          <w:spacing w:val="-2"/>
        </w:rPr>
        <w:t>Commitment</w:t>
      </w:r>
    </w:p>
    <w:p w14:paraId="02CA76DB" w14:textId="77777777" w:rsidR="005E43BF" w:rsidRDefault="005E43BF" w:rsidP="005E43BF">
      <w:pPr>
        <w:pStyle w:val="BodyText"/>
        <w:spacing w:before="143" w:line="259" w:lineRule="auto"/>
        <w:ind w:left="23" w:right="161"/>
        <w:jc w:val="both"/>
      </w:pPr>
      <w:r>
        <w:t>The Conference Editorial Committee and Organizing Committee are fully committed to upholding the highest standards of publication ethics, academic integrity, and editorial transparency, in alignment with the Committee on Publication Ethics (COPE) guidelines and the quality requirements of Taylor &amp; Francis, Scopus, and Web of Science (</w:t>
      </w:r>
      <w:proofErr w:type="spellStart"/>
      <w:r>
        <w:t>WoS</w:t>
      </w:r>
      <w:proofErr w:type="spellEnd"/>
      <w:r>
        <w:t>).</w:t>
      </w:r>
    </w:p>
    <w:p w14:paraId="2C3E69A1" w14:textId="77777777" w:rsidR="005E43BF" w:rsidRDefault="005E43BF" w:rsidP="005E43BF">
      <w:pPr>
        <w:pStyle w:val="Heading1"/>
        <w:jc w:val="both"/>
      </w:pPr>
      <w:bookmarkStart w:id="1" w:name="Ethical_and_Indexing_Compliance_Commitme"/>
      <w:bookmarkEnd w:id="1"/>
      <w:r>
        <w:t>Ethical</w:t>
      </w:r>
      <w:r>
        <w:rPr>
          <w:spacing w:val="-3"/>
        </w:rPr>
        <w:t xml:space="preserve"> </w:t>
      </w:r>
      <w:r>
        <w:t>and</w:t>
      </w:r>
      <w:r>
        <w:rPr>
          <w:spacing w:val="-3"/>
        </w:rPr>
        <w:t xml:space="preserve"> </w:t>
      </w:r>
      <w:r>
        <w:t>Indexing</w:t>
      </w:r>
      <w:r>
        <w:rPr>
          <w:spacing w:val="-3"/>
        </w:rPr>
        <w:t xml:space="preserve"> </w:t>
      </w:r>
      <w:r>
        <w:t>Compliance</w:t>
      </w:r>
      <w:r>
        <w:rPr>
          <w:spacing w:val="-3"/>
        </w:rPr>
        <w:t xml:space="preserve"> </w:t>
      </w:r>
      <w:r>
        <w:rPr>
          <w:spacing w:val="-2"/>
        </w:rPr>
        <w:t>Commitment</w:t>
      </w:r>
    </w:p>
    <w:p w14:paraId="7167220F" w14:textId="77777777" w:rsidR="005E43BF" w:rsidRDefault="005E43BF" w:rsidP="005E43BF">
      <w:pPr>
        <w:pStyle w:val="BodyText"/>
        <w:spacing w:before="143"/>
        <w:ind w:left="23"/>
        <w:jc w:val="both"/>
      </w:pPr>
      <w:r>
        <w:t>The</w:t>
      </w:r>
      <w:r>
        <w:rPr>
          <w:spacing w:val="-3"/>
        </w:rPr>
        <w:t xml:space="preserve"> </w:t>
      </w:r>
      <w:r>
        <w:t>Editorial</w:t>
      </w:r>
      <w:r>
        <w:rPr>
          <w:spacing w:val="-2"/>
        </w:rPr>
        <w:t xml:space="preserve"> </w:t>
      </w:r>
      <w:r>
        <w:t>Committee</w:t>
      </w:r>
      <w:r>
        <w:rPr>
          <w:spacing w:val="-2"/>
        </w:rPr>
        <w:t xml:space="preserve"> </w:t>
      </w:r>
      <w:r>
        <w:t>will</w:t>
      </w:r>
      <w:r>
        <w:rPr>
          <w:spacing w:val="-3"/>
        </w:rPr>
        <w:t xml:space="preserve"> </w:t>
      </w:r>
      <w:r>
        <w:t>ensure</w:t>
      </w:r>
      <w:r>
        <w:rPr>
          <w:spacing w:val="-2"/>
        </w:rPr>
        <w:t xml:space="preserve"> that:</w:t>
      </w:r>
    </w:p>
    <w:p w14:paraId="1C927F77" w14:textId="77777777" w:rsidR="005E43BF" w:rsidRDefault="005E43BF" w:rsidP="005E43BF">
      <w:pPr>
        <w:pStyle w:val="ListParagraph"/>
        <w:widowControl w:val="0"/>
        <w:numPr>
          <w:ilvl w:val="0"/>
          <w:numId w:val="11"/>
        </w:numPr>
        <w:tabs>
          <w:tab w:val="left" w:pos="742"/>
        </w:tabs>
        <w:autoSpaceDE w:val="0"/>
        <w:autoSpaceDN w:val="0"/>
        <w:spacing w:before="182" w:after="0" w:line="256" w:lineRule="auto"/>
        <w:ind w:left="742" w:right="163"/>
        <w:contextualSpacing w:val="0"/>
        <w:rPr>
          <w:sz w:val="24"/>
        </w:rPr>
      </w:pPr>
      <w:r>
        <w:rPr>
          <w:sz w:val="24"/>
        </w:rPr>
        <w:t>Full adherence to COPE ethical standards is maintained throughout the submission,</w:t>
      </w:r>
      <w:r>
        <w:rPr>
          <w:spacing w:val="80"/>
          <w:sz w:val="24"/>
        </w:rPr>
        <w:t xml:space="preserve"> </w:t>
      </w:r>
      <w:r>
        <w:rPr>
          <w:sz w:val="24"/>
        </w:rPr>
        <w:t>review, and publication process.</w:t>
      </w:r>
    </w:p>
    <w:p w14:paraId="3B30CA94" w14:textId="77777777" w:rsidR="005E43BF" w:rsidRDefault="005E43BF" w:rsidP="005E43BF">
      <w:pPr>
        <w:pStyle w:val="ListParagraph"/>
        <w:widowControl w:val="0"/>
        <w:numPr>
          <w:ilvl w:val="0"/>
          <w:numId w:val="11"/>
        </w:numPr>
        <w:tabs>
          <w:tab w:val="left" w:pos="742"/>
        </w:tabs>
        <w:autoSpaceDE w:val="0"/>
        <w:autoSpaceDN w:val="0"/>
        <w:spacing w:before="3" w:after="0" w:line="256" w:lineRule="auto"/>
        <w:ind w:left="742" w:right="163"/>
        <w:contextualSpacing w:val="0"/>
        <w:rPr>
          <w:sz w:val="24"/>
        </w:rPr>
      </w:pPr>
      <w:r>
        <w:rPr>
          <w:sz w:val="24"/>
        </w:rPr>
        <w:t>Conflicts</w:t>
      </w:r>
      <w:r>
        <w:rPr>
          <w:spacing w:val="36"/>
          <w:sz w:val="24"/>
        </w:rPr>
        <w:t xml:space="preserve"> </w:t>
      </w:r>
      <w:r>
        <w:rPr>
          <w:sz w:val="24"/>
        </w:rPr>
        <w:t>of</w:t>
      </w:r>
      <w:r>
        <w:rPr>
          <w:spacing w:val="35"/>
          <w:sz w:val="24"/>
        </w:rPr>
        <w:t xml:space="preserve"> </w:t>
      </w:r>
      <w:r>
        <w:rPr>
          <w:sz w:val="24"/>
        </w:rPr>
        <w:t>interest</w:t>
      </w:r>
      <w:r>
        <w:rPr>
          <w:spacing w:val="37"/>
          <w:sz w:val="24"/>
        </w:rPr>
        <w:t xml:space="preserve"> </w:t>
      </w:r>
      <w:r>
        <w:rPr>
          <w:sz w:val="24"/>
        </w:rPr>
        <w:t>will</w:t>
      </w:r>
      <w:r>
        <w:rPr>
          <w:spacing w:val="37"/>
          <w:sz w:val="24"/>
        </w:rPr>
        <w:t xml:space="preserve"> </w:t>
      </w:r>
      <w:r>
        <w:rPr>
          <w:sz w:val="24"/>
        </w:rPr>
        <w:t>be</w:t>
      </w:r>
      <w:r>
        <w:rPr>
          <w:spacing w:val="36"/>
          <w:sz w:val="24"/>
        </w:rPr>
        <w:t xml:space="preserve"> </w:t>
      </w:r>
      <w:r>
        <w:rPr>
          <w:sz w:val="24"/>
        </w:rPr>
        <w:t>transparently</w:t>
      </w:r>
      <w:r>
        <w:rPr>
          <w:spacing w:val="36"/>
          <w:sz w:val="24"/>
        </w:rPr>
        <w:t xml:space="preserve"> </w:t>
      </w:r>
      <w:r>
        <w:rPr>
          <w:sz w:val="24"/>
        </w:rPr>
        <w:t>disclosed</w:t>
      </w:r>
      <w:r>
        <w:rPr>
          <w:spacing w:val="36"/>
          <w:sz w:val="24"/>
        </w:rPr>
        <w:t xml:space="preserve"> </w:t>
      </w:r>
      <w:r>
        <w:rPr>
          <w:sz w:val="24"/>
        </w:rPr>
        <w:t>and</w:t>
      </w:r>
      <w:r>
        <w:rPr>
          <w:spacing w:val="36"/>
          <w:sz w:val="24"/>
        </w:rPr>
        <w:t xml:space="preserve"> </w:t>
      </w:r>
      <w:r>
        <w:rPr>
          <w:sz w:val="24"/>
        </w:rPr>
        <w:t>appropriately</w:t>
      </w:r>
      <w:r>
        <w:rPr>
          <w:spacing w:val="36"/>
          <w:sz w:val="24"/>
        </w:rPr>
        <w:t xml:space="preserve"> </w:t>
      </w:r>
      <w:r>
        <w:rPr>
          <w:sz w:val="24"/>
        </w:rPr>
        <w:t>managed</w:t>
      </w:r>
      <w:r>
        <w:rPr>
          <w:spacing w:val="36"/>
          <w:sz w:val="24"/>
        </w:rPr>
        <w:t xml:space="preserve"> </w:t>
      </w:r>
      <w:r>
        <w:rPr>
          <w:sz w:val="24"/>
        </w:rPr>
        <w:t>for authors, reviewers, and editors.</w:t>
      </w:r>
    </w:p>
    <w:p w14:paraId="59D85B24" w14:textId="77777777" w:rsidR="005E43BF" w:rsidRDefault="005E43BF" w:rsidP="005E43BF">
      <w:pPr>
        <w:pStyle w:val="ListParagraph"/>
        <w:widowControl w:val="0"/>
        <w:numPr>
          <w:ilvl w:val="0"/>
          <w:numId w:val="11"/>
        </w:numPr>
        <w:tabs>
          <w:tab w:val="left" w:pos="743"/>
        </w:tabs>
        <w:autoSpaceDE w:val="0"/>
        <w:autoSpaceDN w:val="0"/>
        <w:spacing w:before="3" w:after="0" w:line="256" w:lineRule="auto"/>
        <w:ind w:right="163"/>
        <w:contextualSpacing w:val="0"/>
        <w:rPr>
          <w:sz w:val="24"/>
        </w:rPr>
      </w:pPr>
      <w:r>
        <w:rPr>
          <w:sz w:val="24"/>
        </w:rPr>
        <w:t>There</w:t>
      </w:r>
      <w:r>
        <w:rPr>
          <w:spacing w:val="40"/>
          <w:sz w:val="24"/>
        </w:rPr>
        <w:t xml:space="preserve"> </w:t>
      </w:r>
      <w:r>
        <w:rPr>
          <w:sz w:val="24"/>
        </w:rPr>
        <w:t>will</w:t>
      </w:r>
      <w:r>
        <w:rPr>
          <w:spacing w:val="40"/>
          <w:sz w:val="24"/>
        </w:rPr>
        <w:t xml:space="preserve"> </w:t>
      </w:r>
      <w:r>
        <w:rPr>
          <w:sz w:val="24"/>
        </w:rPr>
        <w:t>be</w:t>
      </w:r>
      <w:r>
        <w:rPr>
          <w:spacing w:val="40"/>
          <w:sz w:val="24"/>
        </w:rPr>
        <w:t xml:space="preserve"> </w:t>
      </w:r>
      <w:r>
        <w:rPr>
          <w:sz w:val="24"/>
        </w:rPr>
        <w:t>zero</w:t>
      </w:r>
      <w:r>
        <w:rPr>
          <w:spacing w:val="40"/>
          <w:sz w:val="24"/>
        </w:rPr>
        <w:t xml:space="preserve"> </w:t>
      </w:r>
      <w:r>
        <w:rPr>
          <w:sz w:val="24"/>
        </w:rPr>
        <w:t>tolerance</w:t>
      </w:r>
      <w:r>
        <w:rPr>
          <w:spacing w:val="40"/>
          <w:sz w:val="24"/>
        </w:rPr>
        <w:t xml:space="preserve"> </w:t>
      </w:r>
      <w:r>
        <w:rPr>
          <w:sz w:val="24"/>
        </w:rPr>
        <w:t>for</w:t>
      </w:r>
      <w:r>
        <w:rPr>
          <w:spacing w:val="40"/>
          <w:sz w:val="24"/>
        </w:rPr>
        <w:t xml:space="preserve"> </w:t>
      </w:r>
      <w:r>
        <w:rPr>
          <w:sz w:val="24"/>
        </w:rPr>
        <w:t>academic</w:t>
      </w:r>
      <w:r>
        <w:rPr>
          <w:spacing w:val="40"/>
          <w:sz w:val="24"/>
        </w:rPr>
        <w:t xml:space="preserve"> </w:t>
      </w:r>
      <w:r>
        <w:rPr>
          <w:sz w:val="24"/>
        </w:rPr>
        <w:t>misconduct,</w:t>
      </w:r>
      <w:r>
        <w:rPr>
          <w:spacing w:val="40"/>
          <w:sz w:val="24"/>
        </w:rPr>
        <w:t xml:space="preserve"> </w:t>
      </w:r>
      <w:r>
        <w:rPr>
          <w:sz w:val="24"/>
        </w:rPr>
        <w:t>including</w:t>
      </w:r>
      <w:r>
        <w:rPr>
          <w:spacing w:val="40"/>
          <w:sz w:val="24"/>
        </w:rPr>
        <w:t xml:space="preserve"> </w:t>
      </w:r>
      <w:r>
        <w:rPr>
          <w:sz w:val="24"/>
        </w:rPr>
        <w:t>plagiarism,</w:t>
      </w:r>
      <w:r>
        <w:rPr>
          <w:spacing w:val="40"/>
          <w:sz w:val="24"/>
        </w:rPr>
        <w:t xml:space="preserve"> </w:t>
      </w:r>
      <w:r>
        <w:rPr>
          <w:sz w:val="24"/>
        </w:rPr>
        <w:t>data manipulation, unethical use of AI, and authorship malpractice.</w:t>
      </w:r>
    </w:p>
    <w:p w14:paraId="5C2D69F0" w14:textId="77777777" w:rsidR="005E43BF" w:rsidRDefault="005E43BF" w:rsidP="005E43BF">
      <w:pPr>
        <w:pStyle w:val="ListParagraph"/>
        <w:widowControl w:val="0"/>
        <w:numPr>
          <w:ilvl w:val="0"/>
          <w:numId w:val="11"/>
        </w:numPr>
        <w:tabs>
          <w:tab w:val="left" w:pos="743"/>
        </w:tabs>
        <w:autoSpaceDE w:val="0"/>
        <w:autoSpaceDN w:val="0"/>
        <w:spacing w:before="4" w:after="0" w:line="256" w:lineRule="auto"/>
        <w:ind w:right="162"/>
        <w:contextualSpacing w:val="0"/>
        <w:rPr>
          <w:sz w:val="24"/>
        </w:rPr>
      </w:pPr>
      <w:r>
        <w:rPr>
          <w:sz w:val="24"/>
        </w:rPr>
        <w:t>No</w:t>
      </w:r>
      <w:r>
        <w:rPr>
          <w:spacing w:val="36"/>
          <w:sz w:val="24"/>
        </w:rPr>
        <w:t xml:space="preserve"> </w:t>
      </w:r>
      <w:r>
        <w:rPr>
          <w:sz w:val="24"/>
        </w:rPr>
        <w:t>manuscript</w:t>
      </w:r>
      <w:r>
        <w:rPr>
          <w:spacing w:val="37"/>
          <w:sz w:val="24"/>
        </w:rPr>
        <w:t xml:space="preserve"> </w:t>
      </w:r>
      <w:r>
        <w:rPr>
          <w:sz w:val="24"/>
        </w:rPr>
        <w:t>will</w:t>
      </w:r>
      <w:r>
        <w:rPr>
          <w:spacing w:val="37"/>
          <w:sz w:val="24"/>
        </w:rPr>
        <w:t xml:space="preserve"> </w:t>
      </w:r>
      <w:r>
        <w:rPr>
          <w:sz w:val="24"/>
        </w:rPr>
        <w:t>be</w:t>
      </w:r>
      <w:r>
        <w:rPr>
          <w:spacing w:val="35"/>
          <w:sz w:val="24"/>
        </w:rPr>
        <w:t xml:space="preserve"> </w:t>
      </w:r>
      <w:r>
        <w:rPr>
          <w:sz w:val="24"/>
        </w:rPr>
        <w:t>accepted</w:t>
      </w:r>
      <w:r>
        <w:rPr>
          <w:spacing w:val="36"/>
          <w:sz w:val="24"/>
        </w:rPr>
        <w:t xml:space="preserve"> </w:t>
      </w:r>
      <w:r>
        <w:rPr>
          <w:sz w:val="24"/>
        </w:rPr>
        <w:t>without</w:t>
      </w:r>
      <w:r>
        <w:rPr>
          <w:spacing w:val="37"/>
          <w:sz w:val="24"/>
        </w:rPr>
        <w:t xml:space="preserve"> </w:t>
      </w:r>
      <w:r>
        <w:rPr>
          <w:sz w:val="24"/>
        </w:rPr>
        <w:t>successful</w:t>
      </w:r>
      <w:r>
        <w:rPr>
          <w:spacing w:val="37"/>
          <w:sz w:val="24"/>
        </w:rPr>
        <w:t xml:space="preserve"> </w:t>
      </w:r>
      <w:r>
        <w:rPr>
          <w:sz w:val="24"/>
        </w:rPr>
        <w:t>completion</w:t>
      </w:r>
      <w:r>
        <w:rPr>
          <w:spacing w:val="36"/>
          <w:sz w:val="24"/>
        </w:rPr>
        <w:t xml:space="preserve"> </w:t>
      </w:r>
      <w:r>
        <w:rPr>
          <w:sz w:val="24"/>
        </w:rPr>
        <w:t>of</w:t>
      </w:r>
      <w:r>
        <w:rPr>
          <w:spacing w:val="37"/>
          <w:sz w:val="24"/>
        </w:rPr>
        <w:t xml:space="preserve"> </w:t>
      </w:r>
      <w:r>
        <w:rPr>
          <w:sz w:val="24"/>
        </w:rPr>
        <w:t>peer</w:t>
      </w:r>
      <w:r>
        <w:rPr>
          <w:spacing w:val="35"/>
          <w:sz w:val="24"/>
        </w:rPr>
        <w:t xml:space="preserve"> </w:t>
      </w:r>
      <w:r>
        <w:rPr>
          <w:sz w:val="24"/>
        </w:rPr>
        <w:t>review</w:t>
      </w:r>
      <w:r>
        <w:rPr>
          <w:spacing w:val="36"/>
          <w:sz w:val="24"/>
        </w:rPr>
        <w:t xml:space="preserve"> </w:t>
      </w:r>
      <w:r>
        <w:rPr>
          <w:sz w:val="24"/>
        </w:rPr>
        <w:t>and editorial approval.</w:t>
      </w:r>
    </w:p>
    <w:p w14:paraId="554611AD" w14:textId="77777777" w:rsidR="005E43BF" w:rsidRDefault="005E43BF" w:rsidP="005E43BF">
      <w:pPr>
        <w:pStyle w:val="ListParagraph"/>
        <w:widowControl w:val="0"/>
        <w:numPr>
          <w:ilvl w:val="0"/>
          <w:numId w:val="11"/>
        </w:numPr>
        <w:tabs>
          <w:tab w:val="left" w:pos="743"/>
        </w:tabs>
        <w:autoSpaceDE w:val="0"/>
        <w:autoSpaceDN w:val="0"/>
        <w:spacing w:before="2" w:after="0" w:line="256" w:lineRule="auto"/>
        <w:ind w:right="162"/>
        <w:contextualSpacing w:val="0"/>
        <w:rPr>
          <w:sz w:val="24"/>
        </w:rPr>
      </w:pPr>
      <w:r>
        <w:rPr>
          <w:sz w:val="24"/>
        </w:rPr>
        <w:t>The proceedings will comply with Scopus quality criteria, ensuring scholarly rigor,</w:t>
      </w:r>
      <w:r>
        <w:rPr>
          <w:spacing w:val="80"/>
          <w:sz w:val="24"/>
        </w:rPr>
        <w:t xml:space="preserve"> </w:t>
      </w:r>
      <w:r>
        <w:rPr>
          <w:sz w:val="24"/>
        </w:rPr>
        <w:t>citation integrity, and editorial consistency.</w:t>
      </w:r>
    </w:p>
    <w:p w14:paraId="7C20EC7D" w14:textId="77777777" w:rsidR="005E43BF" w:rsidRDefault="005E43BF" w:rsidP="005E43BF">
      <w:pPr>
        <w:pStyle w:val="ListParagraph"/>
        <w:widowControl w:val="0"/>
        <w:numPr>
          <w:ilvl w:val="0"/>
          <w:numId w:val="11"/>
        </w:numPr>
        <w:tabs>
          <w:tab w:val="left" w:pos="743"/>
        </w:tabs>
        <w:autoSpaceDE w:val="0"/>
        <w:autoSpaceDN w:val="0"/>
        <w:spacing w:before="3" w:after="0" w:line="256" w:lineRule="auto"/>
        <w:ind w:right="162"/>
        <w:contextualSpacing w:val="0"/>
        <w:rPr>
          <w:sz w:val="24"/>
        </w:rPr>
      </w:pPr>
      <w:r>
        <w:rPr>
          <w:sz w:val="24"/>
        </w:rPr>
        <w:t>The</w:t>
      </w:r>
      <w:r>
        <w:rPr>
          <w:spacing w:val="-6"/>
          <w:sz w:val="24"/>
        </w:rPr>
        <w:t xml:space="preserve"> </w:t>
      </w:r>
      <w:r>
        <w:rPr>
          <w:sz w:val="24"/>
        </w:rPr>
        <w:t>proceedings</w:t>
      </w:r>
      <w:r>
        <w:rPr>
          <w:spacing w:val="-6"/>
          <w:sz w:val="24"/>
        </w:rPr>
        <w:t xml:space="preserve"> </w:t>
      </w:r>
      <w:r>
        <w:rPr>
          <w:sz w:val="24"/>
        </w:rPr>
        <w:t>will</w:t>
      </w:r>
      <w:r>
        <w:rPr>
          <w:spacing w:val="-5"/>
          <w:sz w:val="24"/>
        </w:rPr>
        <w:t xml:space="preserve"> </w:t>
      </w:r>
      <w:r>
        <w:rPr>
          <w:sz w:val="24"/>
        </w:rPr>
        <w:t>meet</w:t>
      </w:r>
      <w:r>
        <w:rPr>
          <w:spacing w:val="-5"/>
          <w:sz w:val="24"/>
        </w:rPr>
        <w:t xml:space="preserve"> </w:t>
      </w:r>
      <w:r>
        <w:rPr>
          <w:sz w:val="24"/>
        </w:rPr>
        <w:t>Web</w:t>
      </w:r>
      <w:r>
        <w:rPr>
          <w:spacing w:val="-6"/>
          <w:sz w:val="24"/>
        </w:rPr>
        <w:t xml:space="preserve"> </w:t>
      </w:r>
      <w:r>
        <w:rPr>
          <w:sz w:val="24"/>
        </w:rPr>
        <w:t>of</w:t>
      </w:r>
      <w:r>
        <w:rPr>
          <w:spacing w:val="-5"/>
          <w:sz w:val="24"/>
        </w:rPr>
        <w:t xml:space="preserve"> </w:t>
      </w:r>
      <w:r>
        <w:rPr>
          <w:sz w:val="24"/>
        </w:rPr>
        <w:t>Science</w:t>
      </w:r>
      <w:r>
        <w:rPr>
          <w:spacing w:val="-7"/>
          <w:sz w:val="24"/>
        </w:rPr>
        <w:t xml:space="preserve"> </w:t>
      </w:r>
      <w:r>
        <w:rPr>
          <w:sz w:val="24"/>
        </w:rPr>
        <w:t>(</w:t>
      </w:r>
      <w:proofErr w:type="spellStart"/>
      <w:r>
        <w:rPr>
          <w:sz w:val="24"/>
        </w:rPr>
        <w:t>WoS</w:t>
      </w:r>
      <w:proofErr w:type="spellEnd"/>
      <w:r>
        <w:rPr>
          <w:sz w:val="24"/>
        </w:rPr>
        <w:t>)</w:t>
      </w:r>
      <w:r>
        <w:rPr>
          <w:spacing w:val="-5"/>
          <w:sz w:val="24"/>
        </w:rPr>
        <w:t xml:space="preserve"> </w:t>
      </w:r>
      <w:r>
        <w:rPr>
          <w:sz w:val="24"/>
        </w:rPr>
        <w:t>standards</w:t>
      </w:r>
      <w:r>
        <w:rPr>
          <w:spacing w:val="-7"/>
          <w:sz w:val="24"/>
        </w:rPr>
        <w:t xml:space="preserve"> </w:t>
      </w:r>
      <w:r>
        <w:rPr>
          <w:sz w:val="24"/>
        </w:rPr>
        <w:t>for</w:t>
      </w:r>
      <w:r>
        <w:rPr>
          <w:spacing w:val="-5"/>
          <w:sz w:val="24"/>
        </w:rPr>
        <w:t xml:space="preserve"> </w:t>
      </w:r>
      <w:r>
        <w:rPr>
          <w:sz w:val="24"/>
        </w:rPr>
        <w:t>editorial</w:t>
      </w:r>
      <w:r>
        <w:rPr>
          <w:spacing w:val="-7"/>
          <w:sz w:val="24"/>
        </w:rPr>
        <w:t xml:space="preserve"> </w:t>
      </w:r>
      <w:r>
        <w:rPr>
          <w:sz w:val="24"/>
        </w:rPr>
        <w:t>quality,</w:t>
      </w:r>
      <w:r>
        <w:rPr>
          <w:spacing w:val="-6"/>
          <w:sz w:val="24"/>
        </w:rPr>
        <w:t xml:space="preserve"> </w:t>
      </w:r>
      <w:r>
        <w:rPr>
          <w:sz w:val="24"/>
        </w:rPr>
        <w:t>peer- review integrity, and research transparency.</w:t>
      </w:r>
    </w:p>
    <w:p w14:paraId="161D8507" w14:textId="77777777" w:rsidR="005E43BF" w:rsidRDefault="005E43BF" w:rsidP="005E43BF">
      <w:pPr>
        <w:pStyle w:val="ListParagraph"/>
        <w:widowControl w:val="0"/>
        <w:numPr>
          <w:ilvl w:val="0"/>
          <w:numId w:val="11"/>
        </w:numPr>
        <w:tabs>
          <w:tab w:val="left" w:pos="743"/>
        </w:tabs>
        <w:autoSpaceDE w:val="0"/>
        <w:autoSpaceDN w:val="0"/>
        <w:spacing w:before="3" w:after="0" w:line="256" w:lineRule="auto"/>
        <w:ind w:right="162"/>
        <w:contextualSpacing w:val="0"/>
        <w:rPr>
          <w:sz w:val="24"/>
        </w:rPr>
      </w:pPr>
      <w:r>
        <w:rPr>
          <w:sz w:val="24"/>
        </w:rPr>
        <w:t>Editorial decisions will be made independently, based solely on academic merit, and will not be influenced by registration fees, sponsorships, or institutional affiliations.</w:t>
      </w:r>
    </w:p>
    <w:p w14:paraId="05851C90" w14:textId="77777777" w:rsidR="005E43BF" w:rsidRDefault="005E43BF" w:rsidP="005E43BF">
      <w:pPr>
        <w:pStyle w:val="ListParagraph"/>
        <w:widowControl w:val="0"/>
        <w:numPr>
          <w:ilvl w:val="0"/>
          <w:numId w:val="11"/>
        </w:numPr>
        <w:tabs>
          <w:tab w:val="left" w:pos="742"/>
        </w:tabs>
        <w:autoSpaceDE w:val="0"/>
        <w:autoSpaceDN w:val="0"/>
        <w:spacing w:before="3" w:after="0" w:line="240" w:lineRule="auto"/>
        <w:ind w:left="742" w:hanging="359"/>
        <w:contextualSpacing w:val="0"/>
        <w:rPr>
          <w:sz w:val="24"/>
        </w:rPr>
      </w:pPr>
      <w:r>
        <w:rPr>
          <w:sz w:val="24"/>
        </w:rPr>
        <w:t>All</w:t>
      </w:r>
      <w:r>
        <w:rPr>
          <w:spacing w:val="-2"/>
          <w:sz w:val="24"/>
        </w:rPr>
        <w:t xml:space="preserve"> </w:t>
      </w:r>
      <w:r>
        <w:rPr>
          <w:sz w:val="24"/>
        </w:rPr>
        <w:t>conflicts</w:t>
      </w:r>
      <w:r>
        <w:rPr>
          <w:spacing w:val="-2"/>
          <w:sz w:val="24"/>
        </w:rPr>
        <w:t xml:space="preserve"> </w:t>
      </w:r>
      <w:r>
        <w:rPr>
          <w:sz w:val="24"/>
        </w:rPr>
        <w:t>of</w:t>
      </w:r>
      <w:r>
        <w:rPr>
          <w:spacing w:val="-2"/>
          <w:sz w:val="24"/>
        </w:rPr>
        <w:t xml:space="preserve"> </w:t>
      </w:r>
      <w:r>
        <w:rPr>
          <w:sz w:val="24"/>
        </w:rPr>
        <w:t>interest</w:t>
      </w:r>
      <w:r>
        <w:rPr>
          <w:spacing w:val="-2"/>
          <w:sz w:val="24"/>
        </w:rPr>
        <w:t xml:space="preserve"> </w:t>
      </w:r>
      <w:r>
        <w:rPr>
          <w:sz w:val="24"/>
        </w:rPr>
        <w:t>will</w:t>
      </w:r>
      <w:r>
        <w:rPr>
          <w:spacing w:val="-1"/>
          <w:sz w:val="24"/>
        </w:rPr>
        <w:t xml:space="preserve"> </w:t>
      </w:r>
      <w:r>
        <w:rPr>
          <w:sz w:val="24"/>
        </w:rPr>
        <w:t>be</w:t>
      </w:r>
      <w:r>
        <w:rPr>
          <w:spacing w:val="-2"/>
          <w:sz w:val="24"/>
        </w:rPr>
        <w:t xml:space="preserve"> </w:t>
      </w:r>
      <w:r>
        <w:rPr>
          <w:sz w:val="24"/>
        </w:rPr>
        <w:t>disclosed</w:t>
      </w:r>
      <w:r>
        <w:rPr>
          <w:spacing w:val="-1"/>
          <w:sz w:val="24"/>
        </w:rPr>
        <w:t xml:space="preserve"> </w:t>
      </w:r>
      <w:r>
        <w:rPr>
          <w:sz w:val="24"/>
        </w:rPr>
        <w:t>prior</w:t>
      </w:r>
      <w:r>
        <w:rPr>
          <w:spacing w:val="-2"/>
          <w:sz w:val="24"/>
        </w:rPr>
        <w:t xml:space="preserve"> </w:t>
      </w:r>
      <w:r>
        <w:rPr>
          <w:sz w:val="24"/>
        </w:rPr>
        <w:t>to</w:t>
      </w:r>
      <w:r>
        <w:rPr>
          <w:spacing w:val="-3"/>
          <w:sz w:val="24"/>
        </w:rPr>
        <w:t xml:space="preserve"> </w:t>
      </w:r>
      <w:r>
        <w:rPr>
          <w:sz w:val="24"/>
        </w:rPr>
        <w:t>final</w:t>
      </w:r>
      <w:r>
        <w:rPr>
          <w:spacing w:val="-1"/>
          <w:sz w:val="24"/>
        </w:rPr>
        <w:t xml:space="preserve"> </w:t>
      </w:r>
      <w:r>
        <w:rPr>
          <w:sz w:val="24"/>
        </w:rPr>
        <w:t>decision-</w:t>
      </w:r>
      <w:r>
        <w:rPr>
          <w:spacing w:val="-2"/>
          <w:sz w:val="24"/>
        </w:rPr>
        <w:t>making.</w:t>
      </w:r>
    </w:p>
    <w:p w14:paraId="5EA56A92" w14:textId="77777777" w:rsidR="005E43BF" w:rsidRDefault="005E43BF" w:rsidP="005E43BF">
      <w:pPr>
        <w:pStyle w:val="ListParagraph"/>
        <w:widowControl w:val="0"/>
        <w:numPr>
          <w:ilvl w:val="0"/>
          <w:numId w:val="11"/>
        </w:numPr>
        <w:tabs>
          <w:tab w:val="left" w:pos="743"/>
        </w:tabs>
        <w:autoSpaceDE w:val="0"/>
        <w:autoSpaceDN w:val="0"/>
        <w:spacing w:before="21" w:after="0" w:line="256" w:lineRule="auto"/>
        <w:ind w:right="164"/>
        <w:contextualSpacing w:val="0"/>
        <w:rPr>
          <w:sz w:val="24"/>
        </w:rPr>
      </w:pPr>
      <w:r>
        <w:rPr>
          <w:sz w:val="24"/>
        </w:rPr>
        <w:t>Ethics committee approval will be required for studies involving human participants, animals, or sensitive data, where applicable.</w:t>
      </w:r>
    </w:p>
    <w:p w14:paraId="0AF64DF7" w14:textId="77777777" w:rsidR="005E43BF" w:rsidRDefault="005E43BF" w:rsidP="005E43BF">
      <w:pPr>
        <w:pStyle w:val="ListParagraph"/>
        <w:widowControl w:val="0"/>
        <w:numPr>
          <w:ilvl w:val="0"/>
          <w:numId w:val="11"/>
        </w:numPr>
        <w:tabs>
          <w:tab w:val="left" w:pos="743"/>
        </w:tabs>
        <w:autoSpaceDE w:val="0"/>
        <w:autoSpaceDN w:val="0"/>
        <w:spacing w:before="3" w:after="0" w:line="256" w:lineRule="auto"/>
        <w:ind w:right="162"/>
        <w:contextualSpacing w:val="0"/>
        <w:rPr>
          <w:sz w:val="24"/>
        </w:rPr>
      </w:pPr>
      <w:r>
        <w:rPr>
          <w:sz w:val="24"/>
        </w:rPr>
        <w:t>Authors</w:t>
      </w:r>
      <w:r>
        <w:rPr>
          <w:spacing w:val="35"/>
          <w:sz w:val="24"/>
        </w:rPr>
        <w:t xml:space="preserve"> </w:t>
      </w:r>
      <w:r>
        <w:rPr>
          <w:sz w:val="24"/>
        </w:rPr>
        <w:t>and</w:t>
      </w:r>
      <w:r>
        <w:rPr>
          <w:spacing w:val="34"/>
          <w:sz w:val="24"/>
        </w:rPr>
        <w:t xml:space="preserve"> </w:t>
      </w:r>
      <w:r>
        <w:rPr>
          <w:sz w:val="24"/>
        </w:rPr>
        <w:t>reviewers</w:t>
      </w:r>
      <w:r>
        <w:rPr>
          <w:spacing w:val="34"/>
          <w:sz w:val="24"/>
        </w:rPr>
        <w:t xml:space="preserve"> </w:t>
      </w:r>
      <w:r>
        <w:rPr>
          <w:sz w:val="24"/>
        </w:rPr>
        <w:t>may</w:t>
      </w:r>
      <w:r>
        <w:rPr>
          <w:spacing w:val="35"/>
          <w:sz w:val="24"/>
        </w:rPr>
        <w:t xml:space="preserve"> </w:t>
      </w:r>
      <w:r>
        <w:rPr>
          <w:sz w:val="24"/>
        </w:rPr>
        <w:t>appeal</w:t>
      </w:r>
      <w:r>
        <w:rPr>
          <w:spacing w:val="34"/>
          <w:sz w:val="24"/>
        </w:rPr>
        <w:t xml:space="preserve"> </w:t>
      </w:r>
      <w:r>
        <w:rPr>
          <w:sz w:val="24"/>
        </w:rPr>
        <w:t>editorial</w:t>
      </w:r>
      <w:r>
        <w:rPr>
          <w:spacing w:val="35"/>
          <w:sz w:val="24"/>
        </w:rPr>
        <w:t xml:space="preserve"> </w:t>
      </w:r>
      <w:r>
        <w:rPr>
          <w:sz w:val="24"/>
        </w:rPr>
        <w:t>decisions,</w:t>
      </w:r>
      <w:r>
        <w:rPr>
          <w:spacing w:val="34"/>
          <w:sz w:val="24"/>
        </w:rPr>
        <w:t xml:space="preserve"> </w:t>
      </w:r>
      <w:r>
        <w:rPr>
          <w:sz w:val="24"/>
        </w:rPr>
        <w:t>following</w:t>
      </w:r>
      <w:r>
        <w:rPr>
          <w:spacing w:val="35"/>
          <w:sz w:val="24"/>
        </w:rPr>
        <w:t xml:space="preserve"> </w:t>
      </w:r>
      <w:r>
        <w:rPr>
          <w:sz w:val="24"/>
        </w:rPr>
        <w:t>a</w:t>
      </w:r>
      <w:r>
        <w:rPr>
          <w:spacing w:val="35"/>
          <w:sz w:val="24"/>
        </w:rPr>
        <w:t xml:space="preserve"> </w:t>
      </w:r>
      <w:r>
        <w:rPr>
          <w:sz w:val="24"/>
        </w:rPr>
        <w:t>defined</w:t>
      </w:r>
      <w:r>
        <w:rPr>
          <w:spacing w:val="35"/>
          <w:sz w:val="24"/>
        </w:rPr>
        <w:t xml:space="preserve"> </w:t>
      </w:r>
      <w:r>
        <w:rPr>
          <w:sz w:val="24"/>
        </w:rPr>
        <w:t xml:space="preserve">appeals </w:t>
      </w:r>
      <w:r>
        <w:rPr>
          <w:spacing w:val="-2"/>
          <w:sz w:val="24"/>
        </w:rPr>
        <w:t>mechanism.</w:t>
      </w:r>
    </w:p>
    <w:p w14:paraId="2619B7ED" w14:textId="77777777" w:rsidR="005E43BF" w:rsidRDefault="005E43BF" w:rsidP="005E43BF">
      <w:pPr>
        <w:pStyle w:val="ListParagraph"/>
        <w:widowControl w:val="0"/>
        <w:numPr>
          <w:ilvl w:val="0"/>
          <w:numId w:val="11"/>
        </w:numPr>
        <w:tabs>
          <w:tab w:val="left" w:pos="743"/>
        </w:tabs>
        <w:autoSpaceDE w:val="0"/>
        <w:autoSpaceDN w:val="0"/>
        <w:spacing w:before="3" w:after="0" w:line="256" w:lineRule="auto"/>
        <w:ind w:right="162"/>
        <w:contextualSpacing w:val="0"/>
        <w:rPr>
          <w:sz w:val="24"/>
        </w:rPr>
      </w:pPr>
      <w:r>
        <w:rPr>
          <w:sz w:val="24"/>
        </w:rPr>
        <w:t>Complaints</w:t>
      </w:r>
      <w:r>
        <w:rPr>
          <w:spacing w:val="-10"/>
          <w:sz w:val="24"/>
        </w:rPr>
        <w:t xml:space="preserve"> </w:t>
      </w:r>
      <w:r>
        <w:rPr>
          <w:sz w:val="24"/>
        </w:rPr>
        <w:t>and</w:t>
      </w:r>
      <w:r>
        <w:rPr>
          <w:spacing w:val="-9"/>
          <w:sz w:val="24"/>
        </w:rPr>
        <w:t xml:space="preserve"> </w:t>
      </w:r>
      <w:r>
        <w:rPr>
          <w:sz w:val="24"/>
        </w:rPr>
        <w:t>appeals</w:t>
      </w:r>
      <w:r>
        <w:rPr>
          <w:spacing w:val="-10"/>
          <w:sz w:val="24"/>
        </w:rPr>
        <w:t xml:space="preserve"> </w:t>
      </w:r>
      <w:r>
        <w:rPr>
          <w:sz w:val="24"/>
        </w:rPr>
        <w:t>will</w:t>
      </w:r>
      <w:r>
        <w:rPr>
          <w:spacing w:val="-9"/>
          <w:sz w:val="24"/>
        </w:rPr>
        <w:t xml:space="preserve"> </w:t>
      </w:r>
      <w:r>
        <w:rPr>
          <w:sz w:val="24"/>
        </w:rPr>
        <w:t>be</w:t>
      </w:r>
      <w:r>
        <w:rPr>
          <w:spacing w:val="-9"/>
          <w:sz w:val="24"/>
        </w:rPr>
        <w:t xml:space="preserve"> </w:t>
      </w:r>
      <w:r>
        <w:rPr>
          <w:sz w:val="24"/>
        </w:rPr>
        <w:t>reviewed</w:t>
      </w:r>
      <w:r>
        <w:rPr>
          <w:spacing w:val="-9"/>
          <w:sz w:val="24"/>
        </w:rPr>
        <w:t xml:space="preserve"> </w:t>
      </w:r>
      <w:r>
        <w:rPr>
          <w:sz w:val="24"/>
        </w:rPr>
        <w:t>by</w:t>
      </w:r>
      <w:r>
        <w:rPr>
          <w:spacing w:val="-9"/>
          <w:sz w:val="24"/>
        </w:rPr>
        <w:t xml:space="preserve"> </w:t>
      </w:r>
      <w:r>
        <w:rPr>
          <w:sz w:val="24"/>
        </w:rPr>
        <w:t>an</w:t>
      </w:r>
      <w:r>
        <w:rPr>
          <w:spacing w:val="-11"/>
          <w:sz w:val="24"/>
        </w:rPr>
        <w:t xml:space="preserve"> </w:t>
      </w:r>
      <w:r>
        <w:rPr>
          <w:sz w:val="24"/>
        </w:rPr>
        <w:t>independent</w:t>
      </w:r>
      <w:r>
        <w:rPr>
          <w:spacing w:val="-10"/>
          <w:sz w:val="24"/>
        </w:rPr>
        <w:t xml:space="preserve"> </w:t>
      </w:r>
      <w:r>
        <w:rPr>
          <w:sz w:val="24"/>
        </w:rPr>
        <w:t>senior</w:t>
      </w:r>
      <w:r>
        <w:rPr>
          <w:spacing w:val="-10"/>
          <w:sz w:val="24"/>
        </w:rPr>
        <w:t xml:space="preserve"> </w:t>
      </w:r>
      <w:r>
        <w:rPr>
          <w:sz w:val="24"/>
        </w:rPr>
        <w:t>editor</w:t>
      </w:r>
      <w:r>
        <w:rPr>
          <w:spacing w:val="-10"/>
          <w:sz w:val="24"/>
        </w:rPr>
        <w:t xml:space="preserve"> </w:t>
      </w:r>
      <w:r>
        <w:rPr>
          <w:sz w:val="24"/>
        </w:rPr>
        <w:t>or</w:t>
      </w:r>
      <w:r>
        <w:rPr>
          <w:spacing w:val="-9"/>
          <w:sz w:val="24"/>
        </w:rPr>
        <w:t xml:space="preserve"> </w:t>
      </w:r>
      <w:r>
        <w:rPr>
          <w:sz w:val="24"/>
        </w:rPr>
        <w:t>designated ethics panel.</w:t>
      </w:r>
    </w:p>
    <w:p w14:paraId="43B1C59B" w14:textId="77777777" w:rsidR="005E43BF" w:rsidRDefault="005E43BF" w:rsidP="005E43BF">
      <w:pPr>
        <w:pStyle w:val="ListParagraph"/>
        <w:widowControl w:val="0"/>
        <w:numPr>
          <w:ilvl w:val="0"/>
          <w:numId w:val="11"/>
        </w:numPr>
        <w:tabs>
          <w:tab w:val="left" w:pos="743"/>
        </w:tabs>
        <w:autoSpaceDE w:val="0"/>
        <w:autoSpaceDN w:val="0"/>
        <w:spacing w:before="3" w:after="0" w:line="256" w:lineRule="auto"/>
        <w:ind w:right="164"/>
        <w:contextualSpacing w:val="0"/>
        <w:rPr>
          <w:sz w:val="24"/>
        </w:rPr>
      </w:pPr>
      <w:r>
        <w:rPr>
          <w:sz w:val="24"/>
        </w:rPr>
        <w:t>All</w:t>
      </w:r>
      <w:r>
        <w:rPr>
          <w:spacing w:val="-4"/>
          <w:sz w:val="24"/>
        </w:rPr>
        <w:t xml:space="preserve"> </w:t>
      </w:r>
      <w:r>
        <w:rPr>
          <w:sz w:val="24"/>
        </w:rPr>
        <w:t>decisions</w:t>
      </w:r>
      <w:r>
        <w:rPr>
          <w:spacing w:val="-5"/>
          <w:sz w:val="24"/>
        </w:rPr>
        <w:t xml:space="preserve"> </w:t>
      </w:r>
      <w:r>
        <w:rPr>
          <w:sz w:val="24"/>
        </w:rPr>
        <w:t>related</w:t>
      </w:r>
      <w:r>
        <w:rPr>
          <w:spacing w:val="-5"/>
          <w:sz w:val="24"/>
        </w:rPr>
        <w:t xml:space="preserve"> </w:t>
      </w:r>
      <w:r>
        <w:rPr>
          <w:sz w:val="24"/>
        </w:rPr>
        <w:t>to</w:t>
      </w:r>
      <w:r>
        <w:rPr>
          <w:spacing w:val="-5"/>
          <w:sz w:val="24"/>
        </w:rPr>
        <w:t xml:space="preserve"> </w:t>
      </w:r>
      <w:r>
        <w:rPr>
          <w:sz w:val="24"/>
        </w:rPr>
        <w:t>complaints</w:t>
      </w:r>
      <w:r>
        <w:rPr>
          <w:spacing w:val="-5"/>
          <w:sz w:val="24"/>
        </w:rPr>
        <w:t xml:space="preserve"> </w:t>
      </w:r>
      <w:r>
        <w:rPr>
          <w:sz w:val="24"/>
        </w:rPr>
        <w:t>or</w:t>
      </w:r>
      <w:r>
        <w:rPr>
          <w:spacing w:val="-6"/>
          <w:sz w:val="24"/>
        </w:rPr>
        <w:t xml:space="preserve"> </w:t>
      </w:r>
      <w:r>
        <w:rPr>
          <w:sz w:val="24"/>
        </w:rPr>
        <w:t>appeals</w:t>
      </w:r>
      <w:r>
        <w:rPr>
          <w:spacing w:val="-5"/>
          <w:sz w:val="24"/>
        </w:rPr>
        <w:t xml:space="preserve"> </w:t>
      </w:r>
      <w:r>
        <w:rPr>
          <w:sz w:val="24"/>
        </w:rPr>
        <w:t>will</w:t>
      </w:r>
      <w:r>
        <w:rPr>
          <w:spacing w:val="-6"/>
          <w:sz w:val="24"/>
        </w:rPr>
        <w:t xml:space="preserve"> </w:t>
      </w:r>
      <w:r>
        <w:rPr>
          <w:sz w:val="24"/>
        </w:rPr>
        <w:t>be</w:t>
      </w:r>
      <w:r>
        <w:rPr>
          <w:spacing w:val="-5"/>
          <w:sz w:val="24"/>
        </w:rPr>
        <w:t xml:space="preserve"> </w:t>
      </w:r>
      <w:r>
        <w:rPr>
          <w:sz w:val="24"/>
        </w:rPr>
        <w:t>documented</w:t>
      </w:r>
      <w:r>
        <w:rPr>
          <w:spacing w:val="-5"/>
          <w:sz w:val="24"/>
        </w:rPr>
        <w:t xml:space="preserve"> </w:t>
      </w:r>
      <w:r>
        <w:rPr>
          <w:sz w:val="24"/>
        </w:rPr>
        <w:t>and</w:t>
      </w:r>
      <w:r>
        <w:rPr>
          <w:spacing w:val="-5"/>
          <w:sz w:val="24"/>
        </w:rPr>
        <w:t xml:space="preserve"> </w:t>
      </w:r>
      <w:r>
        <w:rPr>
          <w:sz w:val="24"/>
        </w:rPr>
        <w:t>considered</w:t>
      </w:r>
      <w:r>
        <w:rPr>
          <w:spacing w:val="-5"/>
          <w:sz w:val="24"/>
        </w:rPr>
        <w:t xml:space="preserve"> </w:t>
      </w:r>
      <w:r>
        <w:rPr>
          <w:sz w:val="24"/>
        </w:rPr>
        <w:t xml:space="preserve">final after </w:t>
      </w:r>
      <w:r>
        <w:rPr>
          <w:sz w:val="24"/>
        </w:rPr>
        <w:lastRenderedPageBreak/>
        <w:t>due process.</w:t>
      </w:r>
    </w:p>
    <w:p w14:paraId="15F6A23A" w14:textId="77777777" w:rsidR="005E43BF" w:rsidRDefault="005E43BF" w:rsidP="005E43BF">
      <w:pPr>
        <w:pStyle w:val="ListParagraph"/>
        <w:widowControl w:val="0"/>
        <w:numPr>
          <w:ilvl w:val="0"/>
          <w:numId w:val="11"/>
        </w:numPr>
        <w:tabs>
          <w:tab w:val="left" w:pos="743"/>
        </w:tabs>
        <w:autoSpaceDE w:val="0"/>
        <w:autoSpaceDN w:val="0"/>
        <w:spacing w:before="3" w:after="0" w:line="256" w:lineRule="auto"/>
        <w:ind w:right="164"/>
        <w:contextualSpacing w:val="0"/>
        <w:rPr>
          <w:sz w:val="24"/>
        </w:rPr>
      </w:pPr>
      <w:r>
        <w:rPr>
          <w:sz w:val="24"/>
        </w:rPr>
        <w:t xml:space="preserve">Corrections, errata, or retractions will be issued if ethical breaches are identified post- </w:t>
      </w:r>
      <w:r>
        <w:rPr>
          <w:spacing w:val="-2"/>
          <w:sz w:val="24"/>
        </w:rPr>
        <w:t>publication.</w:t>
      </w:r>
    </w:p>
    <w:p w14:paraId="31BA5985" w14:textId="77777777" w:rsidR="005E43BF" w:rsidRDefault="005E43BF" w:rsidP="005E43BF">
      <w:pPr>
        <w:pStyle w:val="ListParagraph"/>
        <w:widowControl w:val="0"/>
        <w:numPr>
          <w:ilvl w:val="0"/>
          <w:numId w:val="11"/>
        </w:numPr>
        <w:tabs>
          <w:tab w:val="left" w:pos="743"/>
        </w:tabs>
        <w:autoSpaceDE w:val="0"/>
        <w:autoSpaceDN w:val="0"/>
        <w:spacing w:before="3" w:after="0" w:line="256" w:lineRule="auto"/>
        <w:ind w:right="162"/>
        <w:contextualSpacing w:val="0"/>
        <w:rPr>
          <w:sz w:val="24"/>
        </w:rPr>
      </w:pPr>
      <w:r>
        <w:rPr>
          <w:sz w:val="24"/>
        </w:rPr>
        <w:t>All</w:t>
      </w:r>
      <w:r>
        <w:rPr>
          <w:spacing w:val="80"/>
          <w:sz w:val="24"/>
        </w:rPr>
        <w:t xml:space="preserve"> </w:t>
      </w:r>
      <w:r>
        <w:rPr>
          <w:sz w:val="24"/>
        </w:rPr>
        <w:t>post-publication</w:t>
      </w:r>
      <w:r>
        <w:rPr>
          <w:spacing w:val="80"/>
          <w:sz w:val="24"/>
        </w:rPr>
        <w:t xml:space="preserve"> </w:t>
      </w:r>
      <w:r>
        <w:rPr>
          <w:sz w:val="24"/>
        </w:rPr>
        <w:t>actions</w:t>
      </w:r>
      <w:r>
        <w:rPr>
          <w:spacing w:val="80"/>
          <w:sz w:val="24"/>
        </w:rPr>
        <w:t xml:space="preserve"> </w:t>
      </w:r>
      <w:r>
        <w:rPr>
          <w:sz w:val="24"/>
        </w:rPr>
        <w:t>will</w:t>
      </w:r>
      <w:r>
        <w:rPr>
          <w:spacing w:val="80"/>
          <w:sz w:val="24"/>
        </w:rPr>
        <w:t xml:space="preserve"> </w:t>
      </w:r>
      <w:r>
        <w:rPr>
          <w:sz w:val="24"/>
        </w:rPr>
        <w:t>align</w:t>
      </w:r>
      <w:r>
        <w:rPr>
          <w:spacing w:val="80"/>
          <w:sz w:val="24"/>
        </w:rPr>
        <w:t xml:space="preserve"> </w:t>
      </w:r>
      <w:r>
        <w:rPr>
          <w:sz w:val="24"/>
        </w:rPr>
        <w:t>with</w:t>
      </w:r>
      <w:r>
        <w:rPr>
          <w:spacing w:val="80"/>
          <w:sz w:val="24"/>
        </w:rPr>
        <w:t xml:space="preserve"> </w:t>
      </w:r>
      <w:r>
        <w:rPr>
          <w:sz w:val="24"/>
        </w:rPr>
        <w:t>COPE</w:t>
      </w:r>
      <w:r>
        <w:rPr>
          <w:spacing w:val="80"/>
          <w:sz w:val="24"/>
        </w:rPr>
        <w:t xml:space="preserve"> </w:t>
      </w:r>
      <w:r>
        <w:rPr>
          <w:sz w:val="24"/>
        </w:rPr>
        <w:t>Retraction</w:t>
      </w:r>
      <w:r>
        <w:rPr>
          <w:spacing w:val="80"/>
          <w:sz w:val="24"/>
        </w:rPr>
        <w:t xml:space="preserve"> </w:t>
      </w:r>
      <w:r>
        <w:rPr>
          <w:sz w:val="24"/>
        </w:rPr>
        <w:t>and</w:t>
      </w:r>
      <w:r>
        <w:rPr>
          <w:spacing w:val="80"/>
          <w:sz w:val="24"/>
        </w:rPr>
        <w:t xml:space="preserve"> </w:t>
      </w:r>
      <w:r>
        <w:rPr>
          <w:sz w:val="24"/>
        </w:rPr>
        <w:t xml:space="preserve">Correction </w:t>
      </w:r>
      <w:r>
        <w:rPr>
          <w:spacing w:val="-2"/>
          <w:sz w:val="24"/>
        </w:rPr>
        <w:t>Guidelines.</w:t>
      </w:r>
    </w:p>
    <w:p w14:paraId="550923F9" w14:textId="77777777" w:rsidR="005E43BF" w:rsidRDefault="005E43BF" w:rsidP="005E43BF">
      <w:pPr>
        <w:pStyle w:val="ListParagraph"/>
        <w:widowControl w:val="0"/>
        <w:numPr>
          <w:ilvl w:val="0"/>
          <w:numId w:val="11"/>
        </w:numPr>
        <w:tabs>
          <w:tab w:val="left" w:pos="743"/>
        </w:tabs>
        <w:autoSpaceDE w:val="0"/>
        <w:autoSpaceDN w:val="0"/>
        <w:spacing w:before="3" w:after="0" w:line="256" w:lineRule="auto"/>
        <w:ind w:right="163"/>
        <w:contextualSpacing w:val="0"/>
        <w:rPr>
          <w:sz w:val="24"/>
        </w:rPr>
      </w:pPr>
      <w:r>
        <w:rPr>
          <w:sz w:val="24"/>
        </w:rPr>
        <w:t>Authors</w:t>
      </w:r>
      <w:r>
        <w:rPr>
          <w:spacing w:val="67"/>
          <w:sz w:val="24"/>
        </w:rPr>
        <w:t xml:space="preserve"> </w:t>
      </w:r>
      <w:r>
        <w:rPr>
          <w:sz w:val="24"/>
        </w:rPr>
        <w:t>will</w:t>
      </w:r>
      <w:r>
        <w:rPr>
          <w:spacing w:val="68"/>
          <w:sz w:val="24"/>
        </w:rPr>
        <w:t xml:space="preserve"> </w:t>
      </w:r>
      <w:r>
        <w:rPr>
          <w:sz w:val="24"/>
        </w:rPr>
        <w:t>be</w:t>
      </w:r>
      <w:r>
        <w:rPr>
          <w:spacing w:val="67"/>
          <w:sz w:val="24"/>
        </w:rPr>
        <w:t xml:space="preserve"> </w:t>
      </w:r>
      <w:r>
        <w:rPr>
          <w:sz w:val="24"/>
        </w:rPr>
        <w:t>responsible</w:t>
      </w:r>
      <w:r>
        <w:rPr>
          <w:spacing w:val="67"/>
          <w:sz w:val="24"/>
        </w:rPr>
        <w:t xml:space="preserve"> </w:t>
      </w:r>
      <w:r>
        <w:rPr>
          <w:sz w:val="24"/>
        </w:rPr>
        <w:t>for</w:t>
      </w:r>
      <w:r>
        <w:rPr>
          <w:spacing w:val="68"/>
          <w:sz w:val="24"/>
        </w:rPr>
        <w:t xml:space="preserve"> </w:t>
      </w:r>
      <w:r>
        <w:rPr>
          <w:sz w:val="24"/>
        </w:rPr>
        <w:t>the</w:t>
      </w:r>
      <w:r>
        <w:rPr>
          <w:spacing w:val="67"/>
          <w:sz w:val="24"/>
        </w:rPr>
        <w:t xml:space="preserve"> </w:t>
      </w:r>
      <w:r>
        <w:rPr>
          <w:sz w:val="24"/>
        </w:rPr>
        <w:t>accuracy</w:t>
      </w:r>
      <w:r>
        <w:rPr>
          <w:spacing w:val="66"/>
          <w:sz w:val="24"/>
        </w:rPr>
        <w:t xml:space="preserve"> </w:t>
      </w:r>
      <w:r>
        <w:rPr>
          <w:sz w:val="24"/>
        </w:rPr>
        <w:t>and</w:t>
      </w:r>
      <w:r>
        <w:rPr>
          <w:spacing w:val="67"/>
          <w:sz w:val="24"/>
        </w:rPr>
        <w:t xml:space="preserve"> </w:t>
      </w:r>
      <w:r>
        <w:rPr>
          <w:sz w:val="24"/>
        </w:rPr>
        <w:t>integrity</w:t>
      </w:r>
      <w:r>
        <w:rPr>
          <w:spacing w:val="67"/>
          <w:sz w:val="24"/>
        </w:rPr>
        <w:t xml:space="preserve"> </w:t>
      </w:r>
      <w:r>
        <w:rPr>
          <w:sz w:val="24"/>
        </w:rPr>
        <w:t>of</w:t>
      </w:r>
      <w:r>
        <w:rPr>
          <w:spacing w:val="68"/>
          <w:sz w:val="24"/>
        </w:rPr>
        <w:t xml:space="preserve"> </w:t>
      </w:r>
      <w:r>
        <w:rPr>
          <w:sz w:val="24"/>
        </w:rPr>
        <w:t>data,</w:t>
      </w:r>
      <w:r>
        <w:rPr>
          <w:spacing w:val="67"/>
          <w:sz w:val="24"/>
        </w:rPr>
        <w:t xml:space="preserve"> </w:t>
      </w:r>
      <w:r>
        <w:rPr>
          <w:sz w:val="24"/>
        </w:rPr>
        <w:t>results,</w:t>
      </w:r>
      <w:r>
        <w:rPr>
          <w:spacing w:val="67"/>
          <w:sz w:val="24"/>
        </w:rPr>
        <w:t xml:space="preserve"> </w:t>
      </w:r>
      <w:r>
        <w:rPr>
          <w:sz w:val="24"/>
        </w:rPr>
        <w:t>and conclusions presented.</w:t>
      </w:r>
    </w:p>
    <w:p w14:paraId="5AB5ED6F" w14:textId="77777777" w:rsidR="005E43BF" w:rsidRDefault="005E43BF" w:rsidP="005E43BF">
      <w:pPr>
        <w:pStyle w:val="ListParagraph"/>
        <w:widowControl w:val="0"/>
        <w:numPr>
          <w:ilvl w:val="0"/>
          <w:numId w:val="11"/>
        </w:numPr>
        <w:tabs>
          <w:tab w:val="left" w:pos="743"/>
        </w:tabs>
        <w:autoSpaceDE w:val="0"/>
        <w:autoSpaceDN w:val="0"/>
        <w:spacing w:before="3" w:after="0" w:line="256" w:lineRule="auto"/>
        <w:ind w:right="165"/>
        <w:contextualSpacing w:val="0"/>
        <w:rPr>
          <w:sz w:val="24"/>
        </w:rPr>
      </w:pPr>
      <w:r>
        <w:rPr>
          <w:sz w:val="24"/>
        </w:rPr>
        <w:t>Editors may request access to raw data, simulations, codes, or supporting materials if concerns arise regarding validity or integrity.</w:t>
      </w:r>
    </w:p>
    <w:p w14:paraId="009924A3" w14:textId="77777777" w:rsidR="005E43BF" w:rsidRDefault="005E43BF" w:rsidP="005E43BF">
      <w:pPr>
        <w:widowControl w:val="0"/>
        <w:tabs>
          <w:tab w:val="left" w:pos="743"/>
        </w:tabs>
        <w:autoSpaceDE w:val="0"/>
        <w:autoSpaceDN w:val="0"/>
        <w:spacing w:before="3" w:after="0" w:line="256" w:lineRule="auto"/>
        <w:ind w:right="165"/>
        <w:rPr>
          <w:sz w:val="24"/>
        </w:rPr>
      </w:pPr>
    </w:p>
    <w:p w14:paraId="1EC9766D" w14:textId="77777777" w:rsidR="005E43BF" w:rsidRDefault="005E43BF" w:rsidP="005E43BF">
      <w:pPr>
        <w:pStyle w:val="Heading1"/>
        <w:spacing w:before="72"/>
      </w:pPr>
      <w:r>
        <w:t>Malpractice</w:t>
      </w:r>
      <w:r>
        <w:rPr>
          <w:spacing w:val="-7"/>
        </w:rPr>
        <w:t xml:space="preserve"> </w:t>
      </w:r>
      <w:r>
        <w:t>Handling</w:t>
      </w:r>
      <w:r>
        <w:rPr>
          <w:spacing w:val="-5"/>
        </w:rPr>
        <w:t xml:space="preserve"> </w:t>
      </w:r>
      <w:r>
        <w:t>and</w:t>
      </w:r>
      <w:r>
        <w:rPr>
          <w:spacing w:val="-5"/>
        </w:rPr>
        <w:t xml:space="preserve"> </w:t>
      </w:r>
      <w:r>
        <w:t>Corrective</w:t>
      </w:r>
      <w:r>
        <w:rPr>
          <w:spacing w:val="-4"/>
        </w:rPr>
        <w:t xml:space="preserve"> </w:t>
      </w:r>
      <w:r>
        <w:rPr>
          <w:spacing w:val="-2"/>
        </w:rPr>
        <w:t>Actions</w:t>
      </w:r>
    </w:p>
    <w:p w14:paraId="31D0F4DD" w14:textId="77777777" w:rsidR="005E43BF" w:rsidRDefault="005E43BF" w:rsidP="005E43BF">
      <w:pPr>
        <w:pStyle w:val="BodyText"/>
        <w:spacing w:before="143" w:line="259" w:lineRule="auto"/>
        <w:ind w:left="23"/>
      </w:pPr>
      <w:r>
        <w:t>The</w:t>
      </w:r>
      <w:r>
        <w:rPr>
          <w:spacing w:val="-3"/>
        </w:rPr>
        <w:t xml:space="preserve"> </w:t>
      </w:r>
      <w:r>
        <w:t>conference</w:t>
      </w:r>
      <w:r>
        <w:rPr>
          <w:spacing w:val="-3"/>
        </w:rPr>
        <w:t xml:space="preserve"> </w:t>
      </w:r>
      <w:r>
        <w:t>organizing</w:t>
      </w:r>
      <w:r>
        <w:rPr>
          <w:spacing w:val="-3"/>
        </w:rPr>
        <w:t xml:space="preserve"> </w:t>
      </w:r>
      <w:r>
        <w:t>committee</w:t>
      </w:r>
      <w:r>
        <w:rPr>
          <w:spacing w:val="-3"/>
        </w:rPr>
        <w:t xml:space="preserve"> </w:t>
      </w:r>
      <w:r>
        <w:t>and</w:t>
      </w:r>
      <w:r>
        <w:rPr>
          <w:spacing w:val="-3"/>
        </w:rPr>
        <w:t xml:space="preserve"> </w:t>
      </w:r>
      <w:r>
        <w:t>editors</w:t>
      </w:r>
      <w:r>
        <w:rPr>
          <w:spacing w:val="-4"/>
        </w:rPr>
        <w:t xml:space="preserve"> </w:t>
      </w:r>
      <w:r>
        <w:t>are</w:t>
      </w:r>
      <w:r>
        <w:rPr>
          <w:spacing w:val="-3"/>
        </w:rPr>
        <w:t xml:space="preserve"> </w:t>
      </w:r>
      <w:r>
        <w:t>fully</w:t>
      </w:r>
      <w:r>
        <w:rPr>
          <w:spacing w:val="-3"/>
        </w:rPr>
        <w:t xml:space="preserve"> </w:t>
      </w:r>
      <w:r>
        <w:t>committed</w:t>
      </w:r>
      <w:r>
        <w:rPr>
          <w:spacing w:val="-5"/>
        </w:rPr>
        <w:t xml:space="preserve"> </w:t>
      </w:r>
      <w:r>
        <w:t>to</w:t>
      </w:r>
      <w:r>
        <w:rPr>
          <w:spacing w:val="-3"/>
        </w:rPr>
        <w:t xml:space="preserve"> </w:t>
      </w:r>
      <w:r>
        <w:t>safeguarding</w:t>
      </w:r>
      <w:r>
        <w:rPr>
          <w:spacing w:val="-5"/>
        </w:rPr>
        <w:t xml:space="preserve"> </w:t>
      </w:r>
      <w:r>
        <w:t xml:space="preserve">the integrity of the scholarly record and will actively address any allegations of publication </w:t>
      </w:r>
      <w:r>
        <w:rPr>
          <w:spacing w:val="-2"/>
        </w:rPr>
        <w:t>malpractice.</w:t>
      </w:r>
    </w:p>
    <w:p w14:paraId="384E7DC7" w14:textId="77777777" w:rsidR="005E43BF" w:rsidRDefault="005E43BF" w:rsidP="005E43BF">
      <w:pPr>
        <w:pStyle w:val="Heading1"/>
        <w:spacing w:before="159"/>
      </w:pPr>
      <w:bookmarkStart w:id="2" w:name="Investigation_of_Allegations"/>
      <w:bookmarkEnd w:id="2"/>
      <w:r>
        <w:t>Investigation</w:t>
      </w:r>
      <w:r>
        <w:rPr>
          <w:spacing w:val="-4"/>
        </w:rPr>
        <w:t xml:space="preserve"> </w:t>
      </w:r>
      <w:r>
        <w:t>of</w:t>
      </w:r>
      <w:r>
        <w:rPr>
          <w:spacing w:val="-3"/>
        </w:rPr>
        <w:t xml:space="preserve"> </w:t>
      </w:r>
      <w:r>
        <w:rPr>
          <w:spacing w:val="-2"/>
        </w:rPr>
        <w:t>Allegations</w:t>
      </w:r>
    </w:p>
    <w:p w14:paraId="363C1DAD" w14:textId="77777777" w:rsidR="005E43BF" w:rsidRDefault="005E43BF" w:rsidP="005E43BF">
      <w:pPr>
        <w:pStyle w:val="BodyText"/>
        <w:spacing w:before="142" w:line="259" w:lineRule="auto"/>
        <w:ind w:left="23" w:right="161"/>
        <w:jc w:val="both"/>
      </w:pPr>
      <w:r>
        <w:t>Any allegation of misconduct including but not limited to plagiarism, data fabrication or falsification, duplicate submission, unethical AI usage, authorship disputes, or undisclosed conflicts of interest will be formally investigated by the Conference Editorial Committee. All investigations will be conducted confidentially, objectively, and fairly, ensuring due process for all parties involved.</w:t>
      </w:r>
    </w:p>
    <w:p w14:paraId="3B4B3C48" w14:textId="77777777" w:rsidR="005E43BF" w:rsidRDefault="005E43BF" w:rsidP="005E43BF">
      <w:pPr>
        <w:pStyle w:val="Heading1"/>
      </w:pPr>
      <w:bookmarkStart w:id="3" w:name="Ethical_Framework"/>
      <w:bookmarkEnd w:id="3"/>
      <w:r>
        <w:t>Ethical</w:t>
      </w:r>
      <w:r>
        <w:rPr>
          <w:spacing w:val="-3"/>
        </w:rPr>
        <w:t xml:space="preserve"> </w:t>
      </w:r>
      <w:r>
        <w:rPr>
          <w:spacing w:val="-2"/>
        </w:rPr>
        <w:t>Framework</w:t>
      </w:r>
    </w:p>
    <w:p w14:paraId="5054661B" w14:textId="77777777" w:rsidR="005E43BF" w:rsidRDefault="005E43BF" w:rsidP="005E43BF">
      <w:pPr>
        <w:pStyle w:val="BodyText"/>
        <w:spacing w:before="143" w:line="259" w:lineRule="auto"/>
        <w:ind w:left="23" w:right="212"/>
        <w:jc w:val="both"/>
      </w:pPr>
      <w:r>
        <w:t>The</w:t>
      </w:r>
      <w:r>
        <w:rPr>
          <w:spacing w:val="-4"/>
        </w:rPr>
        <w:t xml:space="preserve"> </w:t>
      </w:r>
      <w:r>
        <w:t>handling</w:t>
      </w:r>
      <w:r>
        <w:rPr>
          <w:spacing w:val="-4"/>
        </w:rPr>
        <w:t xml:space="preserve"> </w:t>
      </w:r>
      <w:r>
        <w:t>of</w:t>
      </w:r>
      <w:r>
        <w:rPr>
          <w:spacing w:val="-4"/>
        </w:rPr>
        <w:t xml:space="preserve"> </w:t>
      </w:r>
      <w:r>
        <w:t>suspected</w:t>
      </w:r>
      <w:r>
        <w:rPr>
          <w:spacing w:val="-4"/>
        </w:rPr>
        <w:t xml:space="preserve"> </w:t>
      </w:r>
      <w:r>
        <w:t>misconduct</w:t>
      </w:r>
      <w:r>
        <w:rPr>
          <w:spacing w:val="-4"/>
        </w:rPr>
        <w:t xml:space="preserve"> </w:t>
      </w:r>
      <w:r>
        <w:t>will</w:t>
      </w:r>
      <w:r>
        <w:rPr>
          <w:spacing w:val="-4"/>
        </w:rPr>
        <w:t xml:space="preserve"> </w:t>
      </w:r>
      <w:r>
        <w:t>strictly</w:t>
      </w:r>
      <w:r>
        <w:rPr>
          <w:spacing w:val="-4"/>
        </w:rPr>
        <w:t xml:space="preserve"> </w:t>
      </w:r>
      <w:r>
        <w:t>follow</w:t>
      </w:r>
      <w:r>
        <w:rPr>
          <w:spacing w:val="-4"/>
        </w:rPr>
        <w:t xml:space="preserve"> </w:t>
      </w:r>
      <w:r>
        <w:t>COPE</w:t>
      </w:r>
      <w:r>
        <w:rPr>
          <w:spacing w:val="-4"/>
        </w:rPr>
        <w:t xml:space="preserve"> </w:t>
      </w:r>
      <w:r>
        <w:t>flowcharts</w:t>
      </w:r>
      <w:r>
        <w:rPr>
          <w:spacing w:val="-4"/>
        </w:rPr>
        <w:t xml:space="preserve"> </w:t>
      </w:r>
      <w:r>
        <w:t>and</w:t>
      </w:r>
      <w:r>
        <w:rPr>
          <w:spacing w:val="-4"/>
        </w:rPr>
        <w:t xml:space="preserve"> </w:t>
      </w:r>
      <w:r>
        <w:t xml:space="preserve">best-practice recommendations, ensuring consistency, transparency, and ethical rigor in editorial decision- </w:t>
      </w:r>
      <w:r>
        <w:rPr>
          <w:spacing w:val="-2"/>
        </w:rPr>
        <w:t>making.</w:t>
      </w:r>
    </w:p>
    <w:p w14:paraId="50DDEC61" w14:textId="77777777" w:rsidR="005E43BF" w:rsidRDefault="005E43BF" w:rsidP="005E43BF">
      <w:pPr>
        <w:pStyle w:val="Heading1"/>
        <w:spacing w:before="159"/>
      </w:pPr>
      <w:bookmarkStart w:id="4" w:name="Corrective_Actions"/>
      <w:bookmarkEnd w:id="4"/>
      <w:r>
        <w:t>Corrective</w:t>
      </w:r>
      <w:r>
        <w:rPr>
          <w:spacing w:val="-6"/>
        </w:rPr>
        <w:t xml:space="preserve"> </w:t>
      </w:r>
      <w:r>
        <w:rPr>
          <w:spacing w:val="-2"/>
        </w:rPr>
        <w:t>Actions</w:t>
      </w:r>
    </w:p>
    <w:p w14:paraId="6CC22585" w14:textId="77777777" w:rsidR="005E43BF" w:rsidRDefault="005E43BF" w:rsidP="005E43BF">
      <w:pPr>
        <w:pStyle w:val="BodyText"/>
        <w:spacing w:before="143" w:line="259" w:lineRule="auto"/>
        <w:ind w:left="23" w:right="89"/>
      </w:pPr>
      <w:r>
        <w:t>Depending</w:t>
      </w:r>
      <w:r>
        <w:rPr>
          <w:spacing w:val="-3"/>
        </w:rPr>
        <w:t xml:space="preserve"> </w:t>
      </w:r>
      <w:r>
        <w:t>on</w:t>
      </w:r>
      <w:r>
        <w:rPr>
          <w:spacing w:val="-3"/>
        </w:rPr>
        <w:t xml:space="preserve"> </w:t>
      </w:r>
      <w:r>
        <w:t>the</w:t>
      </w:r>
      <w:r>
        <w:rPr>
          <w:spacing w:val="-3"/>
        </w:rPr>
        <w:t xml:space="preserve"> </w:t>
      </w:r>
      <w:r>
        <w:t>nature</w:t>
      </w:r>
      <w:r>
        <w:rPr>
          <w:spacing w:val="-3"/>
        </w:rPr>
        <w:t xml:space="preserve"> </w:t>
      </w:r>
      <w:r>
        <w:t>and</w:t>
      </w:r>
      <w:r>
        <w:rPr>
          <w:spacing w:val="-3"/>
        </w:rPr>
        <w:t xml:space="preserve"> </w:t>
      </w:r>
      <w:r>
        <w:t>severity</w:t>
      </w:r>
      <w:r>
        <w:rPr>
          <w:spacing w:val="-3"/>
        </w:rPr>
        <w:t xml:space="preserve"> </w:t>
      </w:r>
      <w:r>
        <w:t>of</w:t>
      </w:r>
      <w:r>
        <w:rPr>
          <w:spacing w:val="-3"/>
        </w:rPr>
        <w:t xml:space="preserve"> </w:t>
      </w:r>
      <w:r>
        <w:t>the</w:t>
      </w:r>
      <w:r>
        <w:rPr>
          <w:spacing w:val="-3"/>
        </w:rPr>
        <w:t xml:space="preserve"> </w:t>
      </w:r>
      <w:r>
        <w:t>ethical</w:t>
      </w:r>
      <w:r>
        <w:rPr>
          <w:spacing w:val="-3"/>
        </w:rPr>
        <w:t xml:space="preserve"> </w:t>
      </w:r>
      <w:r>
        <w:t>breach,</w:t>
      </w:r>
      <w:r>
        <w:rPr>
          <w:spacing w:val="-3"/>
        </w:rPr>
        <w:t xml:space="preserve"> </w:t>
      </w:r>
      <w:r>
        <w:t>one</w:t>
      </w:r>
      <w:r>
        <w:rPr>
          <w:spacing w:val="-3"/>
        </w:rPr>
        <w:t xml:space="preserve"> </w:t>
      </w:r>
      <w:r>
        <w:t>or</w:t>
      </w:r>
      <w:r>
        <w:rPr>
          <w:spacing w:val="-3"/>
        </w:rPr>
        <w:t xml:space="preserve"> </w:t>
      </w:r>
      <w:r>
        <w:t>more</w:t>
      </w:r>
      <w:r>
        <w:rPr>
          <w:spacing w:val="-3"/>
        </w:rPr>
        <w:t xml:space="preserve"> </w:t>
      </w:r>
      <w:r>
        <w:t>of</w:t>
      </w:r>
      <w:r>
        <w:rPr>
          <w:spacing w:val="-3"/>
        </w:rPr>
        <w:t xml:space="preserve"> </w:t>
      </w:r>
      <w:r>
        <w:t>the</w:t>
      </w:r>
      <w:r>
        <w:rPr>
          <w:spacing w:val="-3"/>
        </w:rPr>
        <w:t xml:space="preserve"> </w:t>
      </w:r>
      <w:r>
        <w:t>following actions may be implemented:</w:t>
      </w:r>
    </w:p>
    <w:p w14:paraId="6F2648D0" w14:textId="77777777" w:rsidR="005E43BF" w:rsidRDefault="005E43BF" w:rsidP="005E43BF">
      <w:pPr>
        <w:pStyle w:val="ListParagraph"/>
        <w:widowControl w:val="0"/>
        <w:numPr>
          <w:ilvl w:val="0"/>
          <w:numId w:val="11"/>
        </w:numPr>
        <w:tabs>
          <w:tab w:val="left" w:pos="742"/>
        </w:tabs>
        <w:autoSpaceDE w:val="0"/>
        <w:autoSpaceDN w:val="0"/>
        <w:spacing w:before="160" w:after="0" w:line="240" w:lineRule="auto"/>
        <w:ind w:left="742" w:hanging="359"/>
        <w:contextualSpacing w:val="0"/>
        <w:rPr>
          <w:sz w:val="24"/>
        </w:rPr>
      </w:pPr>
      <w:r>
        <w:rPr>
          <w:sz w:val="24"/>
        </w:rPr>
        <w:t>Rejection</w:t>
      </w:r>
      <w:r>
        <w:rPr>
          <w:spacing w:val="-2"/>
          <w:sz w:val="24"/>
        </w:rPr>
        <w:t xml:space="preserve"> </w:t>
      </w:r>
      <w:r>
        <w:rPr>
          <w:sz w:val="24"/>
        </w:rPr>
        <w:t>of</w:t>
      </w:r>
      <w:r>
        <w:rPr>
          <w:spacing w:val="-2"/>
          <w:sz w:val="24"/>
        </w:rPr>
        <w:t xml:space="preserve"> </w:t>
      </w:r>
      <w:r>
        <w:rPr>
          <w:sz w:val="24"/>
        </w:rPr>
        <w:t>the</w:t>
      </w:r>
      <w:r>
        <w:rPr>
          <w:spacing w:val="-1"/>
          <w:sz w:val="24"/>
        </w:rPr>
        <w:t xml:space="preserve"> </w:t>
      </w:r>
      <w:r>
        <w:rPr>
          <w:sz w:val="24"/>
        </w:rPr>
        <w:t>manuscript</w:t>
      </w:r>
      <w:r>
        <w:rPr>
          <w:spacing w:val="-1"/>
          <w:sz w:val="24"/>
        </w:rPr>
        <w:t xml:space="preserve"> </w:t>
      </w:r>
      <w:r>
        <w:rPr>
          <w:sz w:val="24"/>
        </w:rPr>
        <w:t>at</w:t>
      </w:r>
      <w:r>
        <w:rPr>
          <w:spacing w:val="-1"/>
          <w:sz w:val="24"/>
        </w:rPr>
        <w:t xml:space="preserve"> </w:t>
      </w:r>
      <w:r>
        <w:rPr>
          <w:sz w:val="24"/>
        </w:rPr>
        <w:t>any</w:t>
      </w:r>
      <w:r>
        <w:rPr>
          <w:spacing w:val="-1"/>
          <w:sz w:val="24"/>
        </w:rPr>
        <w:t xml:space="preserve"> </w:t>
      </w:r>
      <w:r>
        <w:rPr>
          <w:sz w:val="24"/>
        </w:rPr>
        <w:t>stage</w:t>
      </w:r>
      <w:r>
        <w:rPr>
          <w:spacing w:val="-2"/>
          <w:sz w:val="24"/>
        </w:rPr>
        <w:t xml:space="preserve"> </w:t>
      </w:r>
      <w:r>
        <w:rPr>
          <w:sz w:val="24"/>
        </w:rPr>
        <w:t>of</w:t>
      </w:r>
      <w:r>
        <w:rPr>
          <w:spacing w:val="-1"/>
          <w:sz w:val="24"/>
        </w:rPr>
        <w:t xml:space="preserve"> </w:t>
      </w:r>
      <w:r>
        <w:rPr>
          <w:sz w:val="24"/>
        </w:rPr>
        <w:t>the</w:t>
      </w:r>
      <w:r>
        <w:rPr>
          <w:spacing w:val="-2"/>
          <w:sz w:val="24"/>
        </w:rPr>
        <w:t xml:space="preserve"> </w:t>
      </w:r>
      <w:r>
        <w:rPr>
          <w:sz w:val="24"/>
        </w:rPr>
        <w:t>review</w:t>
      </w:r>
      <w:r>
        <w:rPr>
          <w:spacing w:val="-2"/>
          <w:sz w:val="24"/>
        </w:rPr>
        <w:t xml:space="preserve"> </w:t>
      </w:r>
      <w:r>
        <w:rPr>
          <w:sz w:val="24"/>
        </w:rPr>
        <w:t>or</w:t>
      </w:r>
      <w:r>
        <w:rPr>
          <w:spacing w:val="-1"/>
          <w:sz w:val="24"/>
        </w:rPr>
        <w:t xml:space="preserve"> </w:t>
      </w:r>
      <w:r>
        <w:rPr>
          <w:sz w:val="24"/>
        </w:rPr>
        <w:t>editorial</w:t>
      </w:r>
      <w:r>
        <w:rPr>
          <w:spacing w:val="-1"/>
          <w:sz w:val="24"/>
        </w:rPr>
        <w:t xml:space="preserve"> </w:t>
      </w:r>
      <w:r>
        <w:rPr>
          <w:spacing w:val="-2"/>
          <w:sz w:val="24"/>
        </w:rPr>
        <w:t>process</w:t>
      </w:r>
    </w:p>
    <w:p w14:paraId="2AC44A2D" w14:textId="77777777" w:rsidR="005E43BF" w:rsidRDefault="005E43BF" w:rsidP="005E43BF">
      <w:pPr>
        <w:pStyle w:val="ListParagraph"/>
        <w:widowControl w:val="0"/>
        <w:numPr>
          <w:ilvl w:val="0"/>
          <w:numId w:val="11"/>
        </w:numPr>
        <w:tabs>
          <w:tab w:val="left" w:pos="742"/>
        </w:tabs>
        <w:autoSpaceDE w:val="0"/>
        <w:autoSpaceDN w:val="0"/>
        <w:spacing w:before="22" w:after="0" w:line="240" w:lineRule="auto"/>
        <w:ind w:left="742" w:hanging="359"/>
        <w:contextualSpacing w:val="0"/>
        <w:rPr>
          <w:sz w:val="24"/>
        </w:rPr>
      </w:pPr>
      <w:r>
        <w:rPr>
          <w:sz w:val="24"/>
        </w:rPr>
        <w:t>Withdrawal</w:t>
      </w:r>
      <w:r>
        <w:rPr>
          <w:spacing w:val="-3"/>
          <w:sz w:val="24"/>
        </w:rPr>
        <w:t xml:space="preserve"> </w:t>
      </w:r>
      <w:r>
        <w:rPr>
          <w:sz w:val="24"/>
        </w:rPr>
        <w:t>of</w:t>
      </w:r>
      <w:r>
        <w:rPr>
          <w:spacing w:val="-1"/>
          <w:sz w:val="24"/>
        </w:rPr>
        <w:t xml:space="preserve"> </w:t>
      </w:r>
      <w:r>
        <w:rPr>
          <w:sz w:val="24"/>
        </w:rPr>
        <w:t>the</w:t>
      </w:r>
      <w:r>
        <w:rPr>
          <w:spacing w:val="-3"/>
          <w:sz w:val="24"/>
        </w:rPr>
        <w:t xml:space="preserve"> </w:t>
      </w:r>
      <w:r>
        <w:rPr>
          <w:sz w:val="24"/>
        </w:rPr>
        <w:t>manuscript</w:t>
      </w:r>
      <w:r>
        <w:rPr>
          <w:spacing w:val="-1"/>
          <w:sz w:val="24"/>
        </w:rPr>
        <w:t xml:space="preserve"> </w:t>
      </w:r>
      <w:r>
        <w:rPr>
          <w:sz w:val="24"/>
        </w:rPr>
        <w:t>prior</w:t>
      </w:r>
      <w:r>
        <w:rPr>
          <w:spacing w:val="-2"/>
          <w:sz w:val="24"/>
        </w:rPr>
        <w:t xml:space="preserve"> </w:t>
      </w:r>
      <w:r>
        <w:rPr>
          <w:sz w:val="24"/>
        </w:rPr>
        <w:t>to</w:t>
      </w:r>
      <w:r>
        <w:rPr>
          <w:spacing w:val="-1"/>
          <w:sz w:val="24"/>
        </w:rPr>
        <w:t xml:space="preserve"> </w:t>
      </w:r>
      <w:r>
        <w:rPr>
          <w:spacing w:val="-2"/>
          <w:sz w:val="24"/>
        </w:rPr>
        <w:t>publication</w:t>
      </w:r>
    </w:p>
    <w:p w14:paraId="475E6881" w14:textId="77777777" w:rsidR="005E43BF" w:rsidRDefault="005E43BF" w:rsidP="005E43BF">
      <w:pPr>
        <w:pStyle w:val="ListParagraph"/>
        <w:widowControl w:val="0"/>
        <w:numPr>
          <w:ilvl w:val="0"/>
          <w:numId w:val="11"/>
        </w:numPr>
        <w:tabs>
          <w:tab w:val="left" w:pos="743"/>
        </w:tabs>
        <w:autoSpaceDE w:val="0"/>
        <w:autoSpaceDN w:val="0"/>
        <w:spacing w:before="20" w:after="0" w:line="256" w:lineRule="auto"/>
        <w:ind w:right="958"/>
        <w:contextualSpacing w:val="0"/>
        <w:rPr>
          <w:sz w:val="24"/>
        </w:rPr>
      </w:pPr>
      <w:r>
        <w:rPr>
          <w:sz w:val="24"/>
        </w:rPr>
        <w:t>Retraction</w:t>
      </w:r>
      <w:r>
        <w:rPr>
          <w:spacing w:val="-4"/>
          <w:sz w:val="24"/>
        </w:rPr>
        <w:t xml:space="preserve"> </w:t>
      </w:r>
      <w:r>
        <w:rPr>
          <w:sz w:val="24"/>
        </w:rPr>
        <w:t>or</w:t>
      </w:r>
      <w:r>
        <w:rPr>
          <w:spacing w:val="-4"/>
          <w:sz w:val="24"/>
        </w:rPr>
        <w:t xml:space="preserve"> </w:t>
      </w:r>
      <w:r>
        <w:rPr>
          <w:sz w:val="24"/>
        </w:rPr>
        <w:t>publication</w:t>
      </w:r>
      <w:r>
        <w:rPr>
          <w:spacing w:val="-6"/>
          <w:sz w:val="24"/>
        </w:rPr>
        <w:t xml:space="preserve"> </w:t>
      </w:r>
      <w:r>
        <w:rPr>
          <w:sz w:val="24"/>
        </w:rPr>
        <w:t>of</w:t>
      </w:r>
      <w:r>
        <w:rPr>
          <w:spacing w:val="-4"/>
          <w:sz w:val="24"/>
        </w:rPr>
        <w:t xml:space="preserve"> </w:t>
      </w:r>
      <w:r>
        <w:rPr>
          <w:sz w:val="24"/>
        </w:rPr>
        <w:t>corrections/errata</w:t>
      </w:r>
      <w:r>
        <w:rPr>
          <w:spacing w:val="-4"/>
          <w:sz w:val="24"/>
        </w:rPr>
        <w:t xml:space="preserve"> </w:t>
      </w:r>
      <w:r>
        <w:rPr>
          <w:sz w:val="24"/>
        </w:rPr>
        <w:t>if</w:t>
      </w:r>
      <w:r>
        <w:rPr>
          <w:spacing w:val="-5"/>
          <w:sz w:val="24"/>
        </w:rPr>
        <w:t xml:space="preserve"> </w:t>
      </w:r>
      <w:r>
        <w:rPr>
          <w:sz w:val="24"/>
        </w:rPr>
        <w:t>misconduct</w:t>
      </w:r>
      <w:r>
        <w:rPr>
          <w:spacing w:val="-5"/>
          <w:sz w:val="24"/>
        </w:rPr>
        <w:t xml:space="preserve"> </w:t>
      </w:r>
      <w:r>
        <w:rPr>
          <w:sz w:val="24"/>
        </w:rPr>
        <w:t>is</w:t>
      </w:r>
      <w:r>
        <w:rPr>
          <w:spacing w:val="-4"/>
          <w:sz w:val="24"/>
        </w:rPr>
        <w:t xml:space="preserve"> </w:t>
      </w:r>
      <w:r>
        <w:rPr>
          <w:sz w:val="24"/>
        </w:rPr>
        <w:t>identified</w:t>
      </w:r>
      <w:r>
        <w:rPr>
          <w:spacing w:val="-6"/>
          <w:sz w:val="24"/>
        </w:rPr>
        <w:t xml:space="preserve"> </w:t>
      </w:r>
      <w:r>
        <w:rPr>
          <w:sz w:val="24"/>
        </w:rPr>
        <w:t xml:space="preserve">post- </w:t>
      </w:r>
      <w:r>
        <w:rPr>
          <w:spacing w:val="-2"/>
          <w:sz w:val="24"/>
        </w:rPr>
        <w:t>publication</w:t>
      </w:r>
    </w:p>
    <w:p w14:paraId="0BDBF3A2" w14:textId="77777777" w:rsidR="005E43BF" w:rsidRDefault="005E43BF" w:rsidP="005E43BF">
      <w:pPr>
        <w:pStyle w:val="ListParagraph"/>
        <w:widowControl w:val="0"/>
        <w:numPr>
          <w:ilvl w:val="0"/>
          <w:numId w:val="11"/>
        </w:numPr>
        <w:tabs>
          <w:tab w:val="left" w:pos="743"/>
        </w:tabs>
        <w:autoSpaceDE w:val="0"/>
        <w:autoSpaceDN w:val="0"/>
        <w:spacing w:before="4" w:after="0" w:line="256" w:lineRule="auto"/>
        <w:ind w:right="230"/>
        <w:contextualSpacing w:val="0"/>
        <w:rPr>
          <w:sz w:val="24"/>
        </w:rPr>
      </w:pPr>
      <w:r>
        <w:rPr>
          <w:sz w:val="24"/>
        </w:rPr>
        <w:t>Notification</w:t>
      </w:r>
      <w:r>
        <w:rPr>
          <w:spacing w:val="-5"/>
          <w:sz w:val="24"/>
        </w:rPr>
        <w:t xml:space="preserve"> </w:t>
      </w:r>
      <w:r>
        <w:rPr>
          <w:sz w:val="24"/>
        </w:rPr>
        <w:t>of</w:t>
      </w:r>
      <w:r>
        <w:rPr>
          <w:spacing w:val="-3"/>
          <w:sz w:val="24"/>
        </w:rPr>
        <w:t xml:space="preserve"> </w:t>
      </w:r>
      <w:r>
        <w:rPr>
          <w:sz w:val="24"/>
        </w:rPr>
        <w:t>the</w:t>
      </w:r>
      <w:r>
        <w:rPr>
          <w:spacing w:val="-3"/>
          <w:sz w:val="24"/>
        </w:rPr>
        <w:t xml:space="preserve"> </w:t>
      </w:r>
      <w:r>
        <w:rPr>
          <w:sz w:val="24"/>
        </w:rPr>
        <w:t>authors’</w:t>
      </w:r>
      <w:r>
        <w:rPr>
          <w:spacing w:val="-3"/>
          <w:sz w:val="24"/>
        </w:rPr>
        <w:t xml:space="preserve"> </w:t>
      </w:r>
      <w:r>
        <w:rPr>
          <w:sz w:val="24"/>
        </w:rPr>
        <w:t>affiliated</w:t>
      </w:r>
      <w:r>
        <w:rPr>
          <w:spacing w:val="-3"/>
          <w:sz w:val="24"/>
        </w:rPr>
        <w:t xml:space="preserve"> </w:t>
      </w:r>
      <w:r>
        <w:rPr>
          <w:sz w:val="24"/>
        </w:rPr>
        <w:t>institutions</w:t>
      </w:r>
      <w:r>
        <w:rPr>
          <w:spacing w:val="-3"/>
          <w:sz w:val="24"/>
        </w:rPr>
        <w:t xml:space="preserve"> </w:t>
      </w:r>
      <w:r>
        <w:rPr>
          <w:sz w:val="24"/>
        </w:rPr>
        <w:t>or</w:t>
      </w:r>
      <w:r>
        <w:rPr>
          <w:spacing w:val="-3"/>
          <w:sz w:val="24"/>
        </w:rPr>
        <w:t xml:space="preserve"> </w:t>
      </w:r>
      <w:r>
        <w:rPr>
          <w:sz w:val="24"/>
        </w:rPr>
        <w:t>funding</w:t>
      </w:r>
      <w:r>
        <w:rPr>
          <w:spacing w:val="-3"/>
          <w:sz w:val="24"/>
        </w:rPr>
        <w:t xml:space="preserve"> </w:t>
      </w:r>
      <w:r>
        <w:rPr>
          <w:sz w:val="24"/>
        </w:rPr>
        <w:t>bodies</w:t>
      </w:r>
      <w:r>
        <w:rPr>
          <w:spacing w:val="-3"/>
          <w:sz w:val="24"/>
        </w:rPr>
        <w:t xml:space="preserve"> </w:t>
      </w:r>
      <w:r>
        <w:rPr>
          <w:sz w:val="24"/>
        </w:rPr>
        <w:t>in</w:t>
      </w:r>
      <w:r>
        <w:rPr>
          <w:spacing w:val="-5"/>
          <w:sz w:val="24"/>
        </w:rPr>
        <w:t xml:space="preserve"> </w:t>
      </w:r>
      <w:r>
        <w:rPr>
          <w:sz w:val="24"/>
        </w:rPr>
        <w:t>cases</w:t>
      </w:r>
      <w:r>
        <w:rPr>
          <w:spacing w:val="-4"/>
          <w:sz w:val="24"/>
        </w:rPr>
        <w:t xml:space="preserve"> </w:t>
      </w:r>
      <w:r>
        <w:rPr>
          <w:sz w:val="24"/>
        </w:rPr>
        <w:t>of</w:t>
      </w:r>
      <w:r>
        <w:rPr>
          <w:spacing w:val="-3"/>
          <w:sz w:val="24"/>
        </w:rPr>
        <w:t xml:space="preserve"> </w:t>
      </w:r>
      <w:r>
        <w:rPr>
          <w:sz w:val="24"/>
        </w:rPr>
        <w:t>serious or repeated ethical violations</w:t>
      </w:r>
    </w:p>
    <w:p w14:paraId="101E4E5E" w14:textId="77777777" w:rsidR="005E43BF" w:rsidRDefault="005E43BF" w:rsidP="005E43BF">
      <w:pPr>
        <w:pStyle w:val="Heading1"/>
        <w:spacing w:before="161"/>
      </w:pPr>
      <w:bookmarkStart w:id="5" w:name="Post-Decision_Integrity"/>
      <w:bookmarkEnd w:id="5"/>
      <w:r>
        <w:t>Post-Decision</w:t>
      </w:r>
      <w:r>
        <w:rPr>
          <w:spacing w:val="-3"/>
        </w:rPr>
        <w:t xml:space="preserve"> </w:t>
      </w:r>
      <w:r>
        <w:rPr>
          <w:spacing w:val="-2"/>
        </w:rPr>
        <w:t>Integrity</w:t>
      </w:r>
    </w:p>
    <w:p w14:paraId="75B12EAF" w14:textId="77777777" w:rsidR="005E43BF" w:rsidRDefault="005E43BF" w:rsidP="005E43BF">
      <w:pPr>
        <w:pStyle w:val="BodyText"/>
        <w:spacing w:before="143" w:line="259" w:lineRule="auto"/>
        <w:ind w:left="23"/>
        <w:jc w:val="both"/>
      </w:pPr>
      <w:r>
        <w:t>All decisions related to ethical misconduct will be formally documented, and corrective measures</w:t>
      </w:r>
      <w:r>
        <w:rPr>
          <w:spacing w:val="-7"/>
        </w:rPr>
        <w:t xml:space="preserve"> </w:t>
      </w:r>
      <w:r>
        <w:t>will</w:t>
      </w:r>
      <w:r>
        <w:rPr>
          <w:spacing w:val="-7"/>
        </w:rPr>
        <w:t xml:space="preserve"> </w:t>
      </w:r>
      <w:r>
        <w:t>be</w:t>
      </w:r>
      <w:r>
        <w:rPr>
          <w:spacing w:val="-8"/>
        </w:rPr>
        <w:t xml:space="preserve"> </w:t>
      </w:r>
      <w:r>
        <w:t>implemented</w:t>
      </w:r>
      <w:r>
        <w:rPr>
          <w:spacing w:val="-7"/>
        </w:rPr>
        <w:t xml:space="preserve"> </w:t>
      </w:r>
      <w:r>
        <w:t>promptly</w:t>
      </w:r>
      <w:r>
        <w:rPr>
          <w:spacing w:val="-8"/>
        </w:rPr>
        <w:t xml:space="preserve"> </w:t>
      </w:r>
      <w:r>
        <w:t>to</w:t>
      </w:r>
      <w:r>
        <w:rPr>
          <w:spacing w:val="-7"/>
        </w:rPr>
        <w:t xml:space="preserve"> </w:t>
      </w:r>
      <w:r>
        <w:t>preserve</w:t>
      </w:r>
      <w:r>
        <w:rPr>
          <w:spacing w:val="-7"/>
        </w:rPr>
        <w:t xml:space="preserve"> </w:t>
      </w:r>
      <w:r>
        <w:t>the</w:t>
      </w:r>
      <w:r>
        <w:rPr>
          <w:spacing w:val="-8"/>
        </w:rPr>
        <w:t xml:space="preserve"> </w:t>
      </w:r>
      <w:r>
        <w:t>integrity,</w:t>
      </w:r>
      <w:r>
        <w:rPr>
          <w:spacing w:val="-7"/>
        </w:rPr>
        <w:t xml:space="preserve"> </w:t>
      </w:r>
      <w:r>
        <w:t>credibility,</w:t>
      </w:r>
      <w:r>
        <w:rPr>
          <w:spacing w:val="-7"/>
        </w:rPr>
        <w:t xml:space="preserve"> </w:t>
      </w:r>
      <w:r>
        <w:t>and</w:t>
      </w:r>
      <w:r>
        <w:rPr>
          <w:spacing w:val="-8"/>
        </w:rPr>
        <w:t xml:space="preserve"> </w:t>
      </w:r>
      <w:r>
        <w:t>transparency of the published proceedings. The Editorial Committee reserves the right to take additional actions as deemed necessary, in accordance with COPE ethical standards, publisher policies, and indexing requirements.</w:t>
      </w:r>
    </w:p>
    <w:p w14:paraId="2958D4CE" w14:textId="77777777" w:rsidR="005E43BF" w:rsidRDefault="005E43BF" w:rsidP="005E43BF">
      <w:pPr>
        <w:spacing w:before="239"/>
        <w:ind w:left="23"/>
        <w:jc w:val="both"/>
        <w:rPr>
          <w:b/>
          <w:sz w:val="27"/>
        </w:rPr>
      </w:pPr>
      <w:bookmarkStart w:id="6" w:name="Commitment_to_Scholarly_Excellence"/>
      <w:bookmarkEnd w:id="6"/>
      <w:r>
        <w:rPr>
          <w:b/>
          <w:sz w:val="27"/>
        </w:rPr>
        <w:t>Commitment</w:t>
      </w:r>
      <w:r>
        <w:rPr>
          <w:b/>
          <w:spacing w:val="-4"/>
          <w:sz w:val="27"/>
        </w:rPr>
        <w:t xml:space="preserve"> </w:t>
      </w:r>
      <w:r>
        <w:rPr>
          <w:b/>
          <w:sz w:val="27"/>
        </w:rPr>
        <w:t>to</w:t>
      </w:r>
      <w:r>
        <w:rPr>
          <w:b/>
          <w:spacing w:val="-3"/>
          <w:sz w:val="27"/>
        </w:rPr>
        <w:t xml:space="preserve"> </w:t>
      </w:r>
      <w:r>
        <w:rPr>
          <w:b/>
          <w:sz w:val="27"/>
        </w:rPr>
        <w:t>Scholarly</w:t>
      </w:r>
      <w:r>
        <w:rPr>
          <w:b/>
          <w:spacing w:val="-2"/>
          <w:sz w:val="27"/>
        </w:rPr>
        <w:t xml:space="preserve"> Excellence</w:t>
      </w:r>
    </w:p>
    <w:p w14:paraId="3FB66345" w14:textId="5C9096B7" w:rsidR="00E70FEE" w:rsidRPr="005E43BF" w:rsidRDefault="005E43BF" w:rsidP="005E43BF">
      <w:pPr>
        <w:pStyle w:val="BodyText"/>
        <w:spacing w:before="120"/>
        <w:ind w:left="22"/>
        <w:jc w:val="both"/>
      </w:pPr>
      <w:r>
        <w:t>Organizers and editors are committed to the highest standards of academic integrity, transparency,</w:t>
      </w:r>
      <w:r>
        <w:rPr>
          <w:spacing w:val="-5"/>
        </w:rPr>
        <w:t xml:space="preserve"> </w:t>
      </w:r>
      <w:r>
        <w:t>and</w:t>
      </w:r>
      <w:r>
        <w:rPr>
          <w:spacing w:val="-5"/>
        </w:rPr>
        <w:t xml:space="preserve"> </w:t>
      </w:r>
      <w:r>
        <w:t>publication</w:t>
      </w:r>
      <w:r>
        <w:rPr>
          <w:spacing w:val="-5"/>
        </w:rPr>
        <w:t xml:space="preserve"> </w:t>
      </w:r>
      <w:r>
        <w:t>ethics,</w:t>
      </w:r>
      <w:r>
        <w:rPr>
          <w:spacing w:val="-6"/>
        </w:rPr>
        <w:t xml:space="preserve"> </w:t>
      </w:r>
      <w:r>
        <w:t>ensuring</w:t>
      </w:r>
      <w:r>
        <w:rPr>
          <w:spacing w:val="-6"/>
        </w:rPr>
        <w:t xml:space="preserve"> </w:t>
      </w:r>
      <w:r>
        <w:t>the</w:t>
      </w:r>
      <w:r>
        <w:rPr>
          <w:spacing w:val="-6"/>
        </w:rPr>
        <w:t xml:space="preserve"> </w:t>
      </w:r>
      <w:r>
        <w:t>proceedings</w:t>
      </w:r>
      <w:r>
        <w:rPr>
          <w:spacing w:val="-6"/>
        </w:rPr>
        <w:t xml:space="preserve"> </w:t>
      </w:r>
      <w:r>
        <w:t>represet</w:t>
      </w:r>
      <w:r>
        <w:rPr>
          <w:spacing w:val="-4"/>
        </w:rPr>
        <w:t xml:space="preserve"> </w:t>
      </w:r>
      <w:r>
        <w:t>credible,</w:t>
      </w:r>
      <w:r>
        <w:rPr>
          <w:spacing w:val="-5"/>
        </w:rPr>
        <w:t xml:space="preserve"> </w:t>
      </w:r>
      <w:r>
        <w:t>high-quality scientific contributions</w:t>
      </w:r>
    </w:p>
    <w:p w14:paraId="6B3DE106" w14:textId="77777777" w:rsidR="00E70FEE" w:rsidRDefault="00E70FEE" w:rsidP="00E70FEE">
      <w:pPr>
        <w:spacing w:after="0"/>
        <w:jc w:val="center"/>
      </w:pPr>
    </w:p>
    <w:sectPr w:rsidR="00E70FEE" w:rsidSect="00034616">
      <w:footerReference w:type="default" r:id="rId10"/>
      <w:pgSz w:w="12240" w:h="15840"/>
      <w:pgMar w:top="648" w:right="792" w:bottom="648"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813E96" w14:textId="77777777" w:rsidR="000D1F7A" w:rsidRDefault="000D1F7A">
      <w:pPr>
        <w:spacing w:after="0" w:line="240" w:lineRule="auto"/>
      </w:pPr>
      <w:r>
        <w:separator/>
      </w:r>
    </w:p>
  </w:endnote>
  <w:endnote w:type="continuationSeparator" w:id="0">
    <w:p w14:paraId="3ED9A4AC" w14:textId="77777777" w:rsidR="000D1F7A" w:rsidRDefault="000D1F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unga">
    <w:panose1 w:val="020B0502040204020203"/>
    <w:charset w:val="00"/>
    <w:family w:val="swiss"/>
    <w:pitch w:val="variable"/>
    <w:sig w:usb0="004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5F18981" w14:textId="77777777" w:rsidR="00EB74B8" w:rsidRDefault="00000000">
    <w:pPr>
      <w:pStyle w:val="Footer"/>
      <w:jc w:val="center"/>
    </w:pPr>
    <w:r>
      <w:rPr>
        <w:color w:val="5A5A5A"/>
        <w:sz w:val="17"/>
      </w:rPr>
      <w:t>Organized by Assam Don Bosco University in association with International House of Education (IHE)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C83CF53" w14:textId="77777777" w:rsidR="000D1F7A" w:rsidRDefault="000D1F7A">
      <w:pPr>
        <w:spacing w:after="0" w:line="240" w:lineRule="auto"/>
      </w:pPr>
      <w:r>
        <w:separator/>
      </w:r>
    </w:p>
  </w:footnote>
  <w:footnote w:type="continuationSeparator" w:id="0">
    <w:p w14:paraId="75195584" w14:textId="77777777" w:rsidR="000D1F7A" w:rsidRDefault="000D1F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4DF33287"/>
    <w:multiLevelType w:val="hybridMultilevel"/>
    <w:tmpl w:val="4100F40A"/>
    <w:lvl w:ilvl="0" w:tplc="C458E084">
      <w:numFmt w:val="bullet"/>
      <w:lvlText w:val=""/>
      <w:lvlJc w:val="left"/>
      <w:pPr>
        <w:ind w:left="743" w:hanging="360"/>
      </w:pPr>
      <w:rPr>
        <w:rFonts w:ascii="Symbol" w:eastAsia="Symbol" w:hAnsi="Symbol" w:cs="Symbol" w:hint="default"/>
        <w:b w:val="0"/>
        <w:bCs w:val="0"/>
        <w:i w:val="0"/>
        <w:iCs w:val="0"/>
        <w:spacing w:val="0"/>
        <w:w w:val="100"/>
        <w:sz w:val="24"/>
        <w:szCs w:val="24"/>
        <w:lang w:val="en-US" w:eastAsia="en-US" w:bidi="ar-SA"/>
      </w:rPr>
    </w:lvl>
    <w:lvl w:ilvl="1" w:tplc="BBC4E0BC">
      <w:numFmt w:val="bullet"/>
      <w:lvlText w:val="•"/>
      <w:lvlJc w:val="left"/>
      <w:pPr>
        <w:ind w:left="1587" w:hanging="360"/>
      </w:pPr>
      <w:rPr>
        <w:rFonts w:hint="default"/>
        <w:lang w:val="en-US" w:eastAsia="en-US" w:bidi="ar-SA"/>
      </w:rPr>
    </w:lvl>
    <w:lvl w:ilvl="2" w:tplc="4FF6FA74">
      <w:numFmt w:val="bullet"/>
      <w:lvlText w:val="•"/>
      <w:lvlJc w:val="left"/>
      <w:pPr>
        <w:ind w:left="2434" w:hanging="360"/>
      </w:pPr>
      <w:rPr>
        <w:rFonts w:hint="default"/>
        <w:lang w:val="en-US" w:eastAsia="en-US" w:bidi="ar-SA"/>
      </w:rPr>
    </w:lvl>
    <w:lvl w:ilvl="3" w:tplc="DFE858E8">
      <w:numFmt w:val="bullet"/>
      <w:lvlText w:val="•"/>
      <w:lvlJc w:val="left"/>
      <w:pPr>
        <w:ind w:left="3282" w:hanging="360"/>
      </w:pPr>
      <w:rPr>
        <w:rFonts w:hint="default"/>
        <w:lang w:val="en-US" w:eastAsia="en-US" w:bidi="ar-SA"/>
      </w:rPr>
    </w:lvl>
    <w:lvl w:ilvl="4" w:tplc="3C5851D8">
      <w:numFmt w:val="bullet"/>
      <w:lvlText w:val="•"/>
      <w:lvlJc w:val="left"/>
      <w:pPr>
        <w:ind w:left="4129" w:hanging="360"/>
      </w:pPr>
      <w:rPr>
        <w:rFonts w:hint="default"/>
        <w:lang w:val="en-US" w:eastAsia="en-US" w:bidi="ar-SA"/>
      </w:rPr>
    </w:lvl>
    <w:lvl w:ilvl="5" w:tplc="46A48914">
      <w:numFmt w:val="bullet"/>
      <w:lvlText w:val="•"/>
      <w:lvlJc w:val="left"/>
      <w:pPr>
        <w:ind w:left="4977" w:hanging="360"/>
      </w:pPr>
      <w:rPr>
        <w:rFonts w:hint="default"/>
        <w:lang w:val="en-US" w:eastAsia="en-US" w:bidi="ar-SA"/>
      </w:rPr>
    </w:lvl>
    <w:lvl w:ilvl="6" w:tplc="47A04FF8">
      <w:numFmt w:val="bullet"/>
      <w:lvlText w:val="•"/>
      <w:lvlJc w:val="left"/>
      <w:pPr>
        <w:ind w:left="5824" w:hanging="360"/>
      </w:pPr>
      <w:rPr>
        <w:rFonts w:hint="default"/>
        <w:lang w:val="en-US" w:eastAsia="en-US" w:bidi="ar-SA"/>
      </w:rPr>
    </w:lvl>
    <w:lvl w:ilvl="7" w:tplc="538C781A">
      <w:numFmt w:val="bullet"/>
      <w:lvlText w:val="•"/>
      <w:lvlJc w:val="left"/>
      <w:pPr>
        <w:ind w:left="6672" w:hanging="360"/>
      </w:pPr>
      <w:rPr>
        <w:rFonts w:hint="default"/>
        <w:lang w:val="en-US" w:eastAsia="en-US" w:bidi="ar-SA"/>
      </w:rPr>
    </w:lvl>
    <w:lvl w:ilvl="8" w:tplc="0930EB2C">
      <w:numFmt w:val="bullet"/>
      <w:lvlText w:val="•"/>
      <w:lvlJc w:val="left"/>
      <w:pPr>
        <w:ind w:left="7519" w:hanging="360"/>
      </w:pPr>
      <w:rPr>
        <w:rFonts w:hint="default"/>
        <w:lang w:val="en-US" w:eastAsia="en-US" w:bidi="ar-SA"/>
      </w:rPr>
    </w:lvl>
  </w:abstractNum>
  <w:abstractNum w:abstractNumId="10" w15:restartNumberingAfterBreak="0">
    <w:nsid w:val="5C98021A"/>
    <w:multiLevelType w:val="hybridMultilevel"/>
    <w:tmpl w:val="7C7ADDDA"/>
    <w:lvl w:ilvl="0" w:tplc="88D8600E">
      <w:numFmt w:val="bullet"/>
      <w:lvlText w:val="☐"/>
      <w:lvlJc w:val="left"/>
      <w:pPr>
        <w:ind w:left="23" w:hanging="267"/>
      </w:pPr>
      <w:rPr>
        <w:rFonts w:ascii="Segoe UI Symbol" w:eastAsia="Segoe UI Symbol" w:hAnsi="Segoe UI Symbol" w:cs="Segoe UI Symbol" w:hint="default"/>
        <w:b w:val="0"/>
        <w:bCs w:val="0"/>
        <w:i w:val="0"/>
        <w:iCs w:val="0"/>
        <w:spacing w:val="0"/>
        <w:w w:val="100"/>
        <w:sz w:val="24"/>
        <w:szCs w:val="24"/>
        <w:lang w:val="en-US" w:eastAsia="en-US" w:bidi="ar-SA"/>
      </w:rPr>
    </w:lvl>
    <w:lvl w:ilvl="1" w:tplc="6912594E">
      <w:numFmt w:val="bullet"/>
      <w:lvlText w:val="•"/>
      <w:lvlJc w:val="left"/>
      <w:pPr>
        <w:ind w:left="953" w:hanging="267"/>
      </w:pPr>
      <w:rPr>
        <w:rFonts w:hint="default"/>
        <w:lang w:val="en-US" w:eastAsia="en-US" w:bidi="ar-SA"/>
      </w:rPr>
    </w:lvl>
    <w:lvl w:ilvl="2" w:tplc="929E1E5E">
      <w:numFmt w:val="bullet"/>
      <w:lvlText w:val="•"/>
      <w:lvlJc w:val="left"/>
      <w:pPr>
        <w:ind w:left="1887" w:hanging="267"/>
      </w:pPr>
      <w:rPr>
        <w:rFonts w:hint="default"/>
        <w:lang w:val="en-US" w:eastAsia="en-US" w:bidi="ar-SA"/>
      </w:rPr>
    </w:lvl>
    <w:lvl w:ilvl="3" w:tplc="7F7C2994">
      <w:numFmt w:val="bullet"/>
      <w:lvlText w:val="•"/>
      <w:lvlJc w:val="left"/>
      <w:pPr>
        <w:ind w:left="2820" w:hanging="267"/>
      </w:pPr>
      <w:rPr>
        <w:rFonts w:hint="default"/>
        <w:lang w:val="en-US" w:eastAsia="en-US" w:bidi="ar-SA"/>
      </w:rPr>
    </w:lvl>
    <w:lvl w:ilvl="4" w:tplc="7F6CFA92">
      <w:numFmt w:val="bullet"/>
      <w:lvlText w:val="•"/>
      <w:lvlJc w:val="left"/>
      <w:pPr>
        <w:ind w:left="3754" w:hanging="267"/>
      </w:pPr>
      <w:rPr>
        <w:rFonts w:hint="default"/>
        <w:lang w:val="en-US" w:eastAsia="en-US" w:bidi="ar-SA"/>
      </w:rPr>
    </w:lvl>
    <w:lvl w:ilvl="5" w:tplc="72AC8E20">
      <w:numFmt w:val="bullet"/>
      <w:lvlText w:val="•"/>
      <w:lvlJc w:val="left"/>
      <w:pPr>
        <w:ind w:left="4688" w:hanging="267"/>
      </w:pPr>
      <w:rPr>
        <w:rFonts w:hint="default"/>
        <w:lang w:val="en-US" w:eastAsia="en-US" w:bidi="ar-SA"/>
      </w:rPr>
    </w:lvl>
    <w:lvl w:ilvl="6" w:tplc="053AFC3C">
      <w:numFmt w:val="bullet"/>
      <w:lvlText w:val="•"/>
      <w:lvlJc w:val="left"/>
      <w:pPr>
        <w:ind w:left="5621" w:hanging="267"/>
      </w:pPr>
      <w:rPr>
        <w:rFonts w:hint="default"/>
        <w:lang w:val="en-US" w:eastAsia="en-US" w:bidi="ar-SA"/>
      </w:rPr>
    </w:lvl>
    <w:lvl w:ilvl="7" w:tplc="189C74D4">
      <w:numFmt w:val="bullet"/>
      <w:lvlText w:val="•"/>
      <w:lvlJc w:val="left"/>
      <w:pPr>
        <w:ind w:left="6555" w:hanging="267"/>
      </w:pPr>
      <w:rPr>
        <w:rFonts w:hint="default"/>
        <w:lang w:val="en-US" w:eastAsia="en-US" w:bidi="ar-SA"/>
      </w:rPr>
    </w:lvl>
    <w:lvl w:ilvl="8" w:tplc="48F0700C">
      <w:numFmt w:val="bullet"/>
      <w:lvlText w:val="•"/>
      <w:lvlJc w:val="left"/>
      <w:pPr>
        <w:ind w:left="7489" w:hanging="267"/>
      </w:pPr>
      <w:rPr>
        <w:rFonts w:hint="default"/>
        <w:lang w:val="en-US" w:eastAsia="en-US" w:bidi="ar-SA"/>
      </w:rPr>
    </w:lvl>
  </w:abstractNum>
  <w:num w:numId="1" w16cid:durableId="2055503047">
    <w:abstractNumId w:val="8"/>
  </w:num>
  <w:num w:numId="2" w16cid:durableId="18818913">
    <w:abstractNumId w:val="6"/>
  </w:num>
  <w:num w:numId="3" w16cid:durableId="282814382">
    <w:abstractNumId w:val="5"/>
  </w:num>
  <w:num w:numId="4" w16cid:durableId="145556019">
    <w:abstractNumId w:val="4"/>
  </w:num>
  <w:num w:numId="5" w16cid:durableId="982199629">
    <w:abstractNumId w:val="7"/>
  </w:num>
  <w:num w:numId="6" w16cid:durableId="1638950931">
    <w:abstractNumId w:val="3"/>
  </w:num>
  <w:num w:numId="7" w16cid:durableId="1513489074">
    <w:abstractNumId w:val="2"/>
  </w:num>
  <w:num w:numId="8" w16cid:durableId="1803688153">
    <w:abstractNumId w:val="1"/>
  </w:num>
  <w:num w:numId="9" w16cid:durableId="2056345990">
    <w:abstractNumId w:val="0"/>
  </w:num>
  <w:num w:numId="10" w16cid:durableId="67192939">
    <w:abstractNumId w:val="10"/>
  </w:num>
  <w:num w:numId="11" w16cid:durableId="1238973836">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6"/>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1F7A"/>
    <w:rsid w:val="0015074B"/>
    <w:rsid w:val="0029639D"/>
    <w:rsid w:val="00326F90"/>
    <w:rsid w:val="005E43BF"/>
    <w:rsid w:val="00A71E48"/>
    <w:rsid w:val="00AA1D8D"/>
    <w:rsid w:val="00B47730"/>
    <w:rsid w:val="00CB0664"/>
    <w:rsid w:val="00DC7EF4"/>
    <w:rsid w:val="00E70FEE"/>
    <w:rsid w:val="00EB74B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k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865539E"/>
  <w14:defaultImageDpi w14:val="300"/>
  <w15:docId w15:val="{95DB2416-4C5A-FF42-B708-F3A52AB3A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1"/>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EndNoteBibliography">
    <w:name w:val="EndNote Bibliography"/>
    <w:basedOn w:val="Normal"/>
    <w:link w:val="EndNoteBibliographyChar"/>
    <w:rsid w:val="00E70FEE"/>
    <w:pPr>
      <w:spacing w:line="240" w:lineRule="auto"/>
      <w:jc w:val="both"/>
    </w:pPr>
    <w:rPr>
      <w:rFonts w:ascii="Calibri" w:eastAsia="SimSun" w:hAnsi="Calibri" w:cs="Times New Roman"/>
      <w:noProof/>
      <w:lang w:val="en-SG" w:eastAsia="zh-CN"/>
    </w:rPr>
  </w:style>
  <w:style w:type="character" w:customStyle="1" w:styleId="EndNoteBibliographyChar">
    <w:name w:val="EndNote Bibliography Char"/>
    <w:link w:val="EndNoteBibliography"/>
    <w:rsid w:val="00E70FEE"/>
    <w:rPr>
      <w:rFonts w:ascii="Calibri" w:eastAsia="SimSun" w:hAnsi="Calibri" w:cs="Times New Roman"/>
      <w:noProof/>
      <w:lang w:val="en-SG" w:eastAsia="zh-CN"/>
    </w:rPr>
  </w:style>
  <w:style w:type="paragraph" w:styleId="NormalWeb">
    <w:name w:val="Normal (Web)"/>
    <w:basedOn w:val="Normal"/>
    <w:uiPriority w:val="99"/>
    <w:unhideWhenUsed/>
    <w:rsid w:val="00E70FEE"/>
    <w:pPr>
      <w:spacing w:after="0" w:line="240" w:lineRule="auto"/>
    </w:pPr>
    <w:rPr>
      <w:rFonts w:ascii="SimSun" w:eastAsia="SimSun" w:hAnsi="SimSun" w:cs="SimSun"/>
      <w:sz w:val="24"/>
      <w:szCs w:val="24"/>
      <w:lang w:val="en-S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688</Words>
  <Characters>3925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4604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Ashwin C Gowda</cp:lastModifiedBy>
  <cp:revision>2</cp:revision>
  <dcterms:created xsi:type="dcterms:W3CDTF">2026-08-13T06:48:00Z</dcterms:created>
  <dcterms:modified xsi:type="dcterms:W3CDTF">2026-08-13T06:48:00Z</dcterms:modified>
  <cp:category/>
</cp:coreProperties>
</file>